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Christian Family Services</w:t>
        <w:br/>
        <w:t>Current-State IT Architecture Review</w:t>
      </w:r>
    </w:p>
    <w:p>
      <w:pPr>
        <w:pStyle w:val="Subtitle"/>
        <w:jc w:val="center"/>
      </w:pPr>
      <w:r>
        <w:t>Prepared from on-site photos, Fing discovery results, Windows screenshots, and manual notes</w:t>
        <w:br/>
        <w:t>13 March 2026</w:t>
      </w:r>
    </w:p>
    <w:p/>
    <w:tbl>
      <w:tblPr>
        <w:tblW w:type="auto" w:w="0"/>
        <w:jc w:val="center"/>
        <w:tblLook w:firstColumn="1" w:firstRow="1" w:lastColumn="0" w:lastRow="0" w:noHBand="0" w:noVBand="1" w:val="04A0"/>
      </w:tblPr>
      <w:tblGrid>
        <w:gridCol w:w="10224"/>
      </w:tblGrid>
      <w:tr>
        <w:tc>
          <w:tcPr>
            <w:tcW w:type="dxa" w:w="10224"/>
            <w:shd w:fill="EEF4FF"/>
          </w:tcPr>
          <w:p>
            <w:r>
              <w:rPr>
                <w:b/>
                <w:color w:val="1B365D"/>
                <w:sz w:val="23"/>
              </w:rPr>
              <w:t>Executive summary</w:t>
              <w:br/>
            </w:r>
            <w:r>
              <w:t>The CFS environment appears to have grown in layers over time. The most critical asset is likely the Dell PowerEdge R720, which appears to host multiple VMware virtual machines that support directory, file, print, and administration functions. The biggest immediate technical concern is the amber fault indication on Drive 0 of the R720, which may indicate a degraded or at-risk RAID set. The network stack also looks more complex than necessary, with Spectrum equipment, a Cisco ASA 5506-X, a MikroTik RB3011, and an older Netgear FS728TP switch all present in the path. The Netgear switch is managed-capable but is primarily a 10/100 Fast Ethernet PoE switch, which is a likely performance and lifecycle concern. Based on the evidence gathered so far, CFS should first stabilize and verify server health and backups, then identify the true default gateway and current switch configuration before simplifying the edge stack.</w:t>
            </w:r>
          </w:p>
        </w:tc>
      </w:tr>
    </w:tbl>
    <w:p/>
    <w:p>
      <w:pPr>
        <w:pStyle w:val="Heading1"/>
      </w:pPr>
      <w:r>
        <w:t>Key findings</w:t>
      </w:r>
    </w:p>
    <w:p>
      <w:pPr>
        <w:pStyle w:val="ListBullet"/>
      </w:pPr>
      <w:r>
        <w:t>The live CFS LAN uses subnet 192.168.44.0/24 with default gateway 192.168.44.1, DNS server 192.168.44.100, and SSID “CFS”.</w:t>
      </w:r>
    </w:p>
    <w:p>
      <w:pPr>
        <w:pStyle w:val="ListBullet"/>
      </w:pPr>
      <w:r>
        <w:t>Fing identified 35 active devices during the scan.</w:t>
      </w:r>
    </w:p>
    <w:p>
      <w:pPr>
        <w:pStyle w:val="ListBullet"/>
      </w:pPr>
      <w:r>
        <w:t>Observed core infrastructure includes: Hitron EN2251 modem, Spectrum router/gateway, Cisco ASA 5506-X, MikroTik RB3011UiAS-RM, Netgear FS728TP switch, Panduit patch panels, TP-Link access point, and Dell PowerEdge R720 server.</w:t>
      </w:r>
    </w:p>
    <w:p>
      <w:pPr>
        <w:pStyle w:val="ListBullet"/>
      </w:pPr>
      <w:r>
        <w:t>Fing identified active VMware virtual machines: VJUMP (.30), CFSDC2 (.60), CFSFS (.61), and CFSPRN (.62).</w:t>
      </w:r>
    </w:p>
    <w:p>
      <w:pPr>
        <w:pStyle w:val="ListBullet"/>
      </w:pPr>
      <w:r>
        <w:t>The Dell PowerEdge R720 shows an amber/yellow indicator on Drive 0 and reportedly beeps occasionally, suggesting a storage or RAID alert that should be investigated promptly.</w:t>
      </w:r>
    </w:p>
    <w:p>
      <w:pPr>
        <w:pStyle w:val="ListBullet"/>
      </w:pPr>
      <w:r>
        <w:t>The Cisco ASA 5506-X and MikroTik RB3011 may be duplicating network-edge or routing functions, but their exact roles are not yet fully confirmed.</w:t>
      </w:r>
    </w:p>
    <w:p>
      <w:pPr>
        <w:pStyle w:val="ListBullet"/>
      </w:pPr>
      <w:r>
        <w:t>The Netgear FS728TP is a managed-capable older Fast Ethernet PoE smart switch and is a strong candidate for replacement after configuration review.</w:t>
      </w:r>
    </w:p>
    <w:p>
      <w:pPr>
        <w:pStyle w:val="Heading1"/>
      </w:pPr>
      <w:r>
        <w:t>Inferred wiring / connectivity diagram</w:t>
      </w:r>
    </w:p>
    <w:p>
      <w:r>
        <w:t>This diagram is the best current interpretation of Ethernet connectivity from the observed cabling, device labels, screenshots, and Fing discovery. Items shaded amber/red indicate uncertainty or review points.</w:t>
      </w:r>
    </w:p>
    <w:p>
      <w:r>
        <w:drawing>
          <wp:inline xmlns:a="http://schemas.openxmlformats.org/drawingml/2006/main" xmlns:pic="http://schemas.openxmlformats.org/drawingml/2006/picture">
            <wp:extent cx="6949440" cy="5354867"/>
            <wp:docPr id="1" name="Picture 1"/>
            <wp:cNvGraphicFramePr>
              <a:graphicFrameLocks noChangeAspect="1"/>
            </wp:cNvGraphicFramePr>
            <a:graphic>
              <a:graphicData uri="http://schemas.openxmlformats.org/drawingml/2006/picture">
                <pic:pic>
                  <pic:nvPicPr>
                    <pic:cNvPr id="0" name="cfs_wiring_diagram2.png"/>
                    <pic:cNvPicPr/>
                  </pic:nvPicPr>
                  <pic:blipFill>
                    <a:blip r:embed="rId9"/>
                    <a:stretch>
                      <a:fillRect/>
                    </a:stretch>
                  </pic:blipFill>
                  <pic:spPr>
                    <a:xfrm>
                      <a:off x="0" y="0"/>
                      <a:ext cx="6949440" cy="5354867"/>
                    </a:xfrm>
                    <a:prstGeom prst="rect"/>
                  </pic:spPr>
                </pic:pic>
              </a:graphicData>
            </a:graphic>
          </wp:inline>
        </w:drawing>
      </w:r>
    </w:p>
    <w:p>
      <w:pPr>
        <w:jc w:val="center"/>
      </w:pPr>
      <w:r>
        <w:rPr>
          <w:i/>
        </w:rPr>
        <w:t>Figure 1. Inferred current-state wiring diagram for the CFS network.</w:t>
      </w:r>
    </w:p>
    <w:p>
      <w:pPr>
        <w:pStyle w:val="Heading1"/>
      </w:pPr>
      <w:r>
        <w:t>Network overview</w:t>
      </w:r>
    </w:p>
    <w:tbl>
      <w:tblPr>
        <w:tblStyle w:val="TableGrid"/>
        <w:tblW w:type="auto" w:w="0"/>
        <w:jc w:val="center"/>
        <w:tblLook w:firstColumn="1" w:firstRow="1" w:lastColumn="0" w:lastRow="0" w:noHBand="0" w:noVBand="1" w:val="04A0"/>
      </w:tblPr>
      <w:tblGrid>
        <w:gridCol w:w="5112"/>
        <w:gridCol w:w="5112"/>
      </w:tblGrid>
      <w:tr>
        <w:tc>
          <w:tcPr>
            <w:tcW w:type="dxa" w:w="3168"/>
            <w:vAlign w:val="center"/>
            <w:shd w:fill="1B365D"/>
          </w:tcPr>
          <w:p>
            <w:pPr>
              <w:jc w:val="center"/>
            </w:pPr>
            <w:r/>
            <w:r>
              <w:rPr>
                <w:rFonts w:ascii="Aptos" w:hAnsi="Aptos"/>
                <w:b/>
                <w:color w:val="FFFFFF"/>
                <w:sz w:val="21"/>
              </w:rPr>
              <w:t>Item</w:t>
            </w:r>
          </w:p>
        </w:tc>
        <w:tc>
          <w:tcPr>
            <w:tcW w:type="dxa" w:w="6912"/>
            <w:vAlign w:val="center"/>
            <w:shd w:fill="1B365D"/>
          </w:tcPr>
          <w:p>
            <w:pPr>
              <w:jc w:val="center"/>
            </w:pPr>
            <w:r/>
            <w:r>
              <w:rPr>
                <w:rFonts w:ascii="Aptos" w:hAnsi="Aptos"/>
                <w:b/>
                <w:color w:val="FFFFFF"/>
                <w:sz w:val="21"/>
              </w:rPr>
              <w:t>Observed value</w:t>
            </w:r>
          </w:p>
        </w:tc>
      </w:tr>
      <w:tr>
        <w:tc>
          <w:tcPr>
            <w:tcW w:type="dxa" w:w="3168"/>
            <w:vAlign w:val="center"/>
          </w:tcPr>
          <w:p>
            <w:r/>
            <w:r>
              <w:rPr>
                <w:rFonts w:ascii="Aptos" w:hAnsi="Aptos"/>
                <w:b w:val="0"/>
                <w:sz w:val="20"/>
              </w:rPr>
              <w:t>SSID</w:t>
            </w:r>
          </w:p>
        </w:tc>
        <w:tc>
          <w:tcPr>
            <w:tcW w:type="dxa" w:w="6912"/>
            <w:vAlign w:val="center"/>
          </w:tcPr>
          <w:p>
            <w:r/>
            <w:r>
              <w:rPr>
                <w:rFonts w:ascii="Aptos" w:hAnsi="Aptos"/>
                <w:b w:val="0"/>
                <w:sz w:val="20"/>
              </w:rPr>
              <w:t>CFS</w:t>
            </w:r>
          </w:p>
        </w:tc>
      </w:tr>
      <w:tr>
        <w:tc>
          <w:tcPr>
            <w:tcW w:type="dxa" w:w="3168"/>
            <w:vAlign w:val="center"/>
          </w:tcPr>
          <w:p>
            <w:r/>
            <w:r>
              <w:rPr>
                <w:rFonts w:ascii="Aptos" w:hAnsi="Aptos"/>
                <w:b w:val="0"/>
                <w:sz w:val="20"/>
              </w:rPr>
              <w:t>Provider</w:t>
            </w:r>
          </w:p>
        </w:tc>
        <w:tc>
          <w:tcPr>
            <w:tcW w:type="dxa" w:w="6912"/>
            <w:vAlign w:val="center"/>
          </w:tcPr>
          <w:p>
            <w:r/>
            <w:r>
              <w:rPr>
                <w:rFonts w:ascii="Aptos" w:hAnsi="Aptos"/>
                <w:b w:val="0"/>
                <w:sz w:val="20"/>
              </w:rPr>
              <w:t>Spectrum Business</w:t>
            </w:r>
          </w:p>
        </w:tc>
      </w:tr>
      <w:tr>
        <w:tc>
          <w:tcPr>
            <w:tcW w:type="dxa" w:w="3168"/>
            <w:vAlign w:val="center"/>
          </w:tcPr>
          <w:p>
            <w:r/>
            <w:r>
              <w:rPr>
                <w:rFonts w:ascii="Aptos" w:hAnsi="Aptos"/>
                <w:b w:val="0"/>
                <w:sz w:val="20"/>
              </w:rPr>
              <w:t>Observed public IP</w:t>
            </w:r>
          </w:p>
        </w:tc>
        <w:tc>
          <w:tcPr>
            <w:tcW w:type="dxa" w:w="6912"/>
            <w:vAlign w:val="center"/>
          </w:tcPr>
          <w:p>
            <w:r/>
            <w:r>
              <w:rPr>
                <w:rFonts w:ascii="Aptos" w:hAnsi="Aptos"/>
                <w:b w:val="0"/>
                <w:sz w:val="20"/>
              </w:rPr>
              <w:t>96.35.181.122</w:t>
            </w:r>
          </w:p>
        </w:tc>
      </w:tr>
      <w:tr>
        <w:tc>
          <w:tcPr>
            <w:tcW w:type="dxa" w:w="3168"/>
            <w:vAlign w:val="center"/>
          </w:tcPr>
          <w:p>
            <w:r/>
            <w:r>
              <w:rPr>
                <w:rFonts w:ascii="Aptos" w:hAnsi="Aptos"/>
                <w:b w:val="0"/>
                <w:sz w:val="20"/>
              </w:rPr>
              <w:t>Subnet</w:t>
            </w:r>
          </w:p>
        </w:tc>
        <w:tc>
          <w:tcPr>
            <w:tcW w:type="dxa" w:w="6912"/>
            <w:vAlign w:val="center"/>
          </w:tcPr>
          <w:p>
            <w:r/>
            <w:r>
              <w:rPr>
                <w:rFonts w:ascii="Aptos" w:hAnsi="Aptos"/>
                <w:b w:val="0"/>
                <w:sz w:val="20"/>
              </w:rPr>
              <w:t>192.168.44.0/24</w:t>
            </w:r>
          </w:p>
        </w:tc>
      </w:tr>
      <w:tr>
        <w:tc>
          <w:tcPr>
            <w:tcW w:type="dxa" w:w="3168"/>
            <w:vAlign w:val="center"/>
          </w:tcPr>
          <w:p>
            <w:r/>
            <w:r>
              <w:rPr>
                <w:rFonts w:ascii="Aptos" w:hAnsi="Aptos"/>
                <w:b w:val="0"/>
                <w:sz w:val="20"/>
              </w:rPr>
              <w:t>Default gateway</w:t>
            </w:r>
          </w:p>
        </w:tc>
        <w:tc>
          <w:tcPr>
            <w:tcW w:type="dxa" w:w="6912"/>
            <w:vAlign w:val="center"/>
          </w:tcPr>
          <w:p>
            <w:r/>
            <w:r>
              <w:rPr>
                <w:rFonts w:ascii="Aptos" w:hAnsi="Aptos"/>
                <w:b w:val="0"/>
                <w:sz w:val="20"/>
              </w:rPr>
              <w:t>192.168.44.1 (device not yet conclusively identified)</w:t>
            </w:r>
          </w:p>
        </w:tc>
      </w:tr>
      <w:tr>
        <w:tc>
          <w:tcPr>
            <w:tcW w:type="dxa" w:w="3168"/>
            <w:vAlign w:val="center"/>
          </w:tcPr>
          <w:p>
            <w:r/>
            <w:r>
              <w:rPr>
                <w:rFonts w:ascii="Aptos" w:hAnsi="Aptos"/>
                <w:b w:val="0"/>
                <w:sz w:val="20"/>
              </w:rPr>
              <w:t>DNS server</w:t>
            </w:r>
          </w:p>
        </w:tc>
        <w:tc>
          <w:tcPr>
            <w:tcW w:type="dxa" w:w="6912"/>
            <w:vAlign w:val="center"/>
          </w:tcPr>
          <w:p>
            <w:r/>
            <w:r>
              <w:rPr>
                <w:rFonts w:ascii="Aptos" w:hAnsi="Aptos"/>
                <w:b w:val="0"/>
                <w:sz w:val="20"/>
              </w:rPr>
              <w:t>192.168.44.100</w:t>
            </w:r>
          </w:p>
        </w:tc>
      </w:tr>
      <w:tr>
        <w:tc>
          <w:tcPr>
            <w:tcW w:type="dxa" w:w="3168"/>
            <w:vAlign w:val="center"/>
          </w:tcPr>
          <w:p>
            <w:r/>
            <w:r>
              <w:rPr>
                <w:rFonts w:ascii="Aptos" w:hAnsi="Aptos"/>
                <w:b w:val="0"/>
                <w:sz w:val="20"/>
              </w:rPr>
              <w:t>Observed DNS suffix / internal namespace</w:t>
            </w:r>
          </w:p>
        </w:tc>
        <w:tc>
          <w:tcPr>
            <w:tcW w:type="dxa" w:w="6912"/>
            <w:vAlign w:val="center"/>
          </w:tcPr>
          <w:p>
            <w:r/>
            <w:r>
              <w:rPr>
                <w:rFonts w:ascii="Aptos" w:hAnsi="Aptos"/>
                <w:b w:val="0"/>
                <w:sz w:val="20"/>
              </w:rPr>
              <w:t>cfamily.local</w:t>
            </w:r>
          </w:p>
        </w:tc>
      </w:tr>
      <w:tr>
        <w:tc>
          <w:tcPr>
            <w:tcW w:type="dxa" w:w="3168"/>
            <w:vAlign w:val="center"/>
          </w:tcPr>
          <w:p>
            <w:r/>
            <w:r>
              <w:rPr>
                <w:rFonts w:ascii="Aptos" w:hAnsi="Aptos"/>
                <w:b w:val="0"/>
                <w:sz w:val="20"/>
              </w:rPr>
              <w:t>Observed device count</w:t>
            </w:r>
          </w:p>
        </w:tc>
        <w:tc>
          <w:tcPr>
            <w:tcW w:type="dxa" w:w="6912"/>
            <w:vAlign w:val="center"/>
          </w:tcPr>
          <w:p>
            <w:r/>
            <w:r>
              <w:rPr>
                <w:rFonts w:ascii="Aptos" w:hAnsi="Aptos"/>
                <w:b w:val="0"/>
                <w:sz w:val="20"/>
              </w:rPr>
              <w:t>35 online devices</w:t>
            </w:r>
          </w:p>
        </w:tc>
      </w:tr>
    </w:tbl>
    <w:p>
      <w:pPr>
        <w:pStyle w:val="Heading1"/>
      </w:pPr>
      <w:r>
        <w:t>Detailed device inventory and assessment</w:t>
      </w:r>
    </w:p>
    <w:p>
      <w:r>
        <w:t>The table below combines observed evidence, inferred purpose, approximate platform age, known issues, and recommended next actions. Age estimates are approximate platform-era estimates, not guaranteed purchase dates.</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c>
          <w:tcPr>
            <w:tcW w:type="dxa" w:w="1440"/>
            <w:vAlign w:val="center"/>
            <w:shd w:fill="1B365D"/>
          </w:tcPr>
          <w:p>
            <w:pPr>
              <w:jc w:val="center"/>
            </w:pPr>
            <w:r/>
            <w:r>
              <w:rPr>
                <w:rFonts w:ascii="Aptos" w:hAnsi="Aptos"/>
                <w:b/>
                <w:color w:val="FFFFFF"/>
                <w:sz w:val="19"/>
              </w:rPr>
              <w:t>Device</w:t>
            </w:r>
          </w:p>
        </w:tc>
        <w:tc>
          <w:tcPr>
            <w:tcW w:type="dxa" w:w="2304"/>
            <w:vAlign w:val="center"/>
            <w:shd w:fill="1B365D"/>
          </w:tcPr>
          <w:p>
            <w:pPr>
              <w:jc w:val="center"/>
            </w:pPr>
            <w:r/>
            <w:r>
              <w:rPr>
                <w:rFonts w:ascii="Aptos" w:hAnsi="Aptos"/>
                <w:b/>
                <w:color w:val="FFFFFF"/>
                <w:sz w:val="19"/>
              </w:rPr>
              <w:t>Purpose / role</w:t>
            </w:r>
          </w:p>
        </w:tc>
        <w:tc>
          <w:tcPr>
            <w:tcW w:type="dxa" w:w="1584"/>
            <w:vAlign w:val="center"/>
            <w:shd w:fill="1B365D"/>
          </w:tcPr>
          <w:p>
            <w:pPr>
              <w:jc w:val="center"/>
            </w:pPr>
            <w:r/>
            <w:r>
              <w:rPr>
                <w:rFonts w:ascii="Aptos" w:hAnsi="Aptos"/>
                <w:b/>
                <w:color w:val="FFFFFF"/>
                <w:sz w:val="19"/>
              </w:rPr>
              <w:t>IP / identifier</w:t>
            </w:r>
          </w:p>
        </w:tc>
        <w:tc>
          <w:tcPr>
            <w:tcW w:type="dxa" w:w="1440"/>
            <w:vAlign w:val="center"/>
            <w:shd w:fill="1B365D"/>
          </w:tcPr>
          <w:p>
            <w:pPr>
              <w:jc w:val="center"/>
            </w:pPr>
            <w:r/>
            <w:r>
              <w:rPr>
                <w:rFonts w:ascii="Aptos" w:hAnsi="Aptos"/>
                <w:b/>
                <w:color w:val="FFFFFF"/>
                <w:sz w:val="19"/>
              </w:rPr>
              <w:t>Approx. age</w:t>
            </w:r>
          </w:p>
        </w:tc>
        <w:tc>
          <w:tcPr>
            <w:tcW w:type="dxa" w:w="2016"/>
            <w:vAlign w:val="center"/>
            <w:shd w:fill="1B365D"/>
          </w:tcPr>
          <w:p>
            <w:pPr>
              <w:jc w:val="center"/>
            </w:pPr>
            <w:r/>
            <w:r>
              <w:rPr>
                <w:rFonts w:ascii="Aptos" w:hAnsi="Aptos"/>
                <w:b/>
                <w:color w:val="FFFFFF"/>
                <w:sz w:val="19"/>
              </w:rPr>
              <w:t>Observed issues</w:t>
            </w:r>
          </w:p>
        </w:tc>
        <w:tc>
          <w:tcPr>
            <w:tcW w:type="dxa" w:w="1296"/>
            <w:vAlign w:val="center"/>
            <w:shd w:fill="1B365D"/>
          </w:tcPr>
          <w:p>
            <w:pPr>
              <w:jc w:val="center"/>
            </w:pPr>
            <w:r/>
            <w:r>
              <w:rPr>
                <w:rFonts w:ascii="Aptos" w:hAnsi="Aptos"/>
                <w:b/>
                <w:color w:val="FFFFFF"/>
                <w:sz w:val="19"/>
              </w:rPr>
              <w:t>Recommended action</w:t>
            </w:r>
          </w:p>
        </w:tc>
      </w:tr>
      <w:tr>
        <w:tc>
          <w:tcPr>
            <w:tcW w:type="dxa" w:w="1440"/>
            <w:vAlign w:val="center"/>
          </w:tcPr>
          <w:p>
            <w:r/>
            <w:r>
              <w:rPr>
                <w:rFonts w:ascii="Aptos" w:hAnsi="Aptos"/>
                <w:b w:val="0"/>
                <w:sz w:val="18"/>
              </w:rPr>
              <w:t>Hitron EN2251 cable modem</w:t>
            </w:r>
          </w:p>
        </w:tc>
        <w:tc>
          <w:tcPr>
            <w:tcW w:type="dxa" w:w="2304"/>
            <w:vAlign w:val="center"/>
          </w:tcPr>
          <w:p>
            <w:r/>
            <w:r>
              <w:rPr>
                <w:rFonts w:ascii="Aptos" w:hAnsi="Aptos"/>
                <w:b w:val="0"/>
                <w:sz w:val="18"/>
              </w:rPr>
              <w:t>ISP handoff / cable modem</w:t>
            </w:r>
          </w:p>
        </w:tc>
        <w:tc>
          <w:tcPr>
            <w:tcW w:type="dxa" w:w="1584"/>
            <w:vAlign w:val="center"/>
          </w:tcPr>
          <w:p>
            <w:r/>
            <w:r>
              <w:rPr>
                <w:rFonts w:ascii="Aptos" w:hAnsi="Aptos"/>
                <w:b w:val="0"/>
                <w:sz w:val="18"/>
              </w:rPr>
              <w:t>n/a observed</w:t>
            </w:r>
          </w:p>
        </w:tc>
        <w:tc>
          <w:tcPr>
            <w:tcW w:type="dxa" w:w="1440"/>
            <w:vAlign w:val="center"/>
          </w:tcPr>
          <w:p>
            <w:r/>
            <w:r>
              <w:rPr>
                <w:rFonts w:ascii="Aptos" w:hAnsi="Aptos"/>
                <w:b w:val="0"/>
                <w:sz w:val="18"/>
              </w:rPr>
              <w:t>Likely ISP-supplied; exact deployment age unknown</w:t>
            </w:r>
          </w:p>
        </w:tc>
        <w:tc>
          <w:tcPr>
            <w:tcW w:type="dxa" w:w="2016"/>
            <w:vAlign w:val="center"/>
          </w:tcPr>
          <w:p>
            <w:r/>
            <w:r>
              <w:rPr>
                <w:rFonts w:ascii="Aptos" w:hAnsi="Aptos"/>
                <w:b w:val="0"/>
                <w:sz w:val="18"/>
              </w:rPr>
              <w:t>No specific fault observed</w:t>
            </w:r>
          </w:p>
        </w:tc>
        <w:tc>
          <w:tcPr>
            <w:tcW w:type="dxa" w:w="1296"/>
            <w:vAlign w:val="center"/>
          </w:tcPr>
          <w:p>
            <w:r/>
            <w:r>
              <w:rPr>
                <w:rFonts w:ascii="Aptos" w:hAnsi="Aptos"/>
                <w:b w:val="0"/>
                <w:sz w:val="18"/>
              </w:rPr>
              <w:t>Keep unless ISP changes service</w:t>
            </w:r>
          </w:p>
        </w:tc>
      </w:tr>
      <w:tr>
        <w:tc>
          <w:tcPr>
            <w:tcW w:type="dxa" w:w="1440"/>
            <w:vAlign w:val="center"/>
          </w:tcPr>
          <w:p>
            <w:r/>
            <w:r>
              <w:rPr>
                <w:rFonts w:ascii="Aptos" w:hAnsi="Aptos"/>
                <w:b w:val="0"/>
                <w:sz w:val="18"/>
              </w:rPr>
              <w:t>Spectrum router / Wi‑Fi gateway</w:t>
            </w:r>
          </w:p>
        </w:tc>
        <w:tc>
          <w:tcPr>
            <w:tcW w:type="dxa" w:w="2304"/>
            <w:vAlign w:val="center"/>
          </w:tcPr>
          <w:p>
            <w:r/>
            <w:r>
              <w:rPr>
                <w:rFonts w:ascii="Aptos" w:hAnsi="Aptos"/>
                <w:b w:val="0"/>
                <w:sz w:val="18"/>
              </w:rPr>
              <w:t>Possible edge router, NAT device, and/or wireless gateway</w:t>
            </w:r>
          </w:p>
        </w:tc>
        <w:tc>
          <w:tcPr>
            <w:tcW w:type="dxa" w:w="1584"/>
            <w:vAlign w:val="center"/>
          </w:tcPr>
          <w:p>
            <w:r/>
            <w:r>
              <w:rPr>
                <w:rFonts w:ascii="Aptos" w:hAnsi="Aptos"/>
                <w:b w:val="0"/>
                <w:sz w:val="18"/>
              </w:rPr>
              <w:t>n/a observed</w:t>
            </w:r>
          </w:p>
        </w:tc>
        <w:tc>
          <w:tcPr>
            <w:tcW w:type="dxa" w:w="1440"/>
            <w:vAlign w:val="center"/>
          </w:tcPr>
          <w:p>
            <w:r/>
            <w:r>
              <w:rPr>
                <w:rFonts w:ascii="Aptos" w:hAnsi="Aptos"/>
                <w:b w:val="0"/>
                <w:sz w:val="18"/>
              </w:rPr>
              <w:t>Unknown</w:t>
            </w:r>
          </w:p>
        </w:tc>
        <w:tc>
          <w:tcPr>
            <w:tcW w:type="dxa" w:w="2016"/>
            <w:vAlign w:val="center"/>
          </w:tcPr>
          <w:p>
            <w:r/>
            <w:r>
              <w:rPr>
                <w:rFonts w:ascii="Aptos" w:hAnsi="Aptos"/>
                <w:b w:val="0"/>
                <w:sz w:val="18"/>
              </w:rPr>
              <w:t>Role overlaps with ASA/MikroTik possible; exact active function not yet confirmed</w:t>
            </w:r>
          </w:p>
        </w:tc>
        <w:tc>
          <w:tcPr>
            <w:tcW w:type="dxa" w:w="1296"/>
            <w:vAlign w:val="center"/>
          </w:tcPr>
          <w:p>
            <w:r/>
            <w:r>
              <w:rPr>
                <w:rFonts w:ascii="Aptos" w:hAnsi="Aptos"/>
                <w:b w:val="0"/>
                <w:sz w:val="18"/>
              </w:rPr>
              <w:t>Verify current role; possible simplification candidate</w:t>
            </w:r>
          </w:p>
        </w:tc>
      </w:tr>
      <w:tr>
        <w:tc>
          <w:tcPr>
            <w:tcW w:type="dxa" w:w="1440"/>
            <w:vAlign w:val="center"/>
          </w:tcPr>
          <w:p>
            <w:r/>
            <w:r>
              <w:rPr>
                <w:rFonts w:ascii="Aptos" w:hAnsi="Aptos"/>
                <w:b w:val="0"/>
                <w:sz w:val="18"/>
              </w:rPr>
              <w:t>Cisco ASA 5506-X</w:t>
            </w:r>
          </w:p>
        </w:tc>
        <w:tc>
          <w:tcPr>
            <w:tcW w:type="dxa" w:w="2304"/>
            <w:vAlign w:val="center"/>
          </w:tcPr>
          <w:p>
            <w:r/>
            <w:r>
              <w:rPr>
                <w:rFonts w:ascii="Aptos" w:hAnsi="Aptos"/>
                <w:b w:val="0"/>
                <w:sz w:val="18"/>
              </w:rPr>
              <w:t>Firewall / security appliance / possible VPN endpoint</w:t>
            </w:r>
          </w:p>
        </w:tc>
        <w:tc>
          <w:tcPr>
            <w:tcW w:type="dxa" w:w="1584"/>
            <w:vAlign w:val="center"/>
          </w:tcPr>
          <w:p>
            <w:r/>
            <w:r>
              <w:rPr>
                <w:rFonts w:ascii="Aptos" w:hAnsi="Aptos"/>
                <w:b w:val="0"/>
                <w:sz w:val="18"/>
              </w:rPr>
              <w:t>not identified in scan</w:t>
            </w:r>
          </w:p>
        </w:tc>
        <w:tc>
          <w:tcPr>
            <w:tcW w:type="dxa" w:w="1440"/>
            <w:vAlign w:val="center"/>
          </w:tcPr>
          <w:p>
            <w:r/>
            <w:r>
              <w:rPr>
                <w:rFonts w:ascii="Aptos" w:hAnsi="Aptos"/>
                <w:b w:val="0"/>
                <w:sz w:val="18"/>
              </w:rPr>
              <w:t>~2015 platform era</w:t>
            </w:r>
          </w:p>
        </w:tc>
        <w:tc>
          <w:tcPr>
            <w:tcW w:type="dxa" w:w="2016"/>
            <w:vAlign w:val="center"/>
          </w:tcPr>
          <w:p>
            <w:r/>
            <w:r>
              <w:rPr>
                <w:rFonts w:ascii="Aptos" w:hAnsi="Aptos"/>
                <w:b w:val="0"/>
                <w:sz w:val="18"/>
              </w:rPr>
              <w:t>Older platform; role not fully confirmed; near/at end of useful support life</w:t>
            </w:r>
          </w:p>
        </w:tc>
        <w:tc>
          <w:tcPr>
            <w:tcW w:type="dxa" w:w="1296"/>
            <w:vAlign w:val="center"/>
          </w:tcPr>
          <w:p>
            <w:r/>
            <w:r>
              <w:rPr>
                <w:rFonts w:ascii="Aptos" w:hAnsi="Aptos"/>
                <w:b w:val="0"/>
                <w:sz w:val="18"/>
              </w:rPr>
              <w:t>Verify whether still required; likely removal candidate if redundant</w:t>
            </w:r>
          </w:p>
        </w:tc>
      </w:tr>
      <w:tr>
        <w:tc>
          <w:tcPr>
            <w:tcW w:type="dxa" w:w="1440"/>
            <w:vAlign w:val="center"/>
          </w:tcPr>
          <w:p>
            <w:r/>
            <w:r>
              <w:rPr>
                <w:rFonts w:ascii="Aptos" w:hAnsi="Aptos"/>
                <w:b w:val="0"/>
                <w:sz w:val="18"/>
              </w:rPr>
              <w:t>MikroTik RB3011UiAS-RM</w:t>
            </w:r>
          </w:p>
        </w:tc>
        <w:tc>
          <w:tcPr>
            <w:tcW w:type="dxa" w:w="2304"/>
            <w:vAlign w:val="center"/>
          </w:tcPr>
          <w:p>
            <w:r/>
            <w:r>
              <w:rPr>
                <w:rFonts w:ascii="Aptos" w:hAnsi="Aptos"/>
                <w:b w:val="0"/>
                <w:sz w:val="18"/>
              </w:rPr>
              <w:t>Router / routing appliance</w:t>
            </w:r>
          </w:p>
        </w:tc>
        <w:tc>
          <w:tcPr>
            <w:tcW w:type="dxa" w:w="1584"/>
            <w:vAlign w:val="center"/>
          </w:tcPr>
          <w:p>
            <w:r/>
            <w:r>
              <w:rPr>
                <w:rFonts w:ascii="Aptos" w:hAnsi="Aptos"/>
                <w:b w:val="0"/>
                <w:sz w:val="18"/>
              </w:rPr>
              <w:t>192.168.44.19</w:t>
            </w:r>
          </w:p>
        </w:tc>
        <w:tc>
          <w:tcPr>
            <w:tcW w:type="dxa" w:w="1440"/>
            <w:vAlign w:val="center"/>
          </w:tcPr>
          <w:p>
            <w:r/>
            <w:r>
              <w:rPr>
                <w:rFonts w:ascii="Aptos" w:hAnsi="Aptos"/>
                <w:b w:val="0"/>
                <w:sz w:val="18"/>
              </w:rPr>
              <w:t>mid-2010s platform era</w:t>
            </w:r>
          </w:p>
        </w:tc>
        <w:tc>
          <w:tcPr>
            <w:tcW w:type="dxa" w:w="2016"/>
            <w:vAlign w:val="center"/>
          </w:tcPr>
          <w:p>
            <w:r/>
            <w:r>
              <w:rPr>
                <w:rFonts w:ascii="Aptos" w:hAnsi="Aptos"/>
                <w:b w:val="0"/>
                <w:sz w:val="18"/>
              </w:rPr>
              <w:t>Active on LAN; exact routing / DHCP / VLAN role not fully confirmed</w:t>
            </w:r>
          </w:p>
        </w:tc>
        <w:tc>
          <w:tcPr>
            <w:tcW w:type="dxa" w:w="1296"/>
            <w:vAlign w:val="center"/>
          </w:tcPr>
          <w:p>
            <w:r/>
            <w:r>
              <w:rPr>
                <w:rFonts w:ascii="Aptos" w:hAnsi="Aptos"/>
                <w:b w:val="0"/>
                <w:sz w:val="18"/>
              </w:rPr>
              <w:t>Review config before considering removal or replacement</w:t>
            </w:r>
          </w:p>
        </w:tc>
      </w:tr>
      <w:tr>
        <w:tc>
          <w:tcPr>
            <w:tcW w:type="dxa" w:w="1440"/>
            <w:vAlign w:val="center"/>
          </w:tcPr>
          <w:p>
            <w:r/>
            <w:r>
              <w:rPr>
                <w:rFonts w:ascii="Aptos" w:hAnsi="Aptos"/>
                <w:b w:val="0"/>
                <w:sz w:val="18"/>
              </w:rPr>
              <w:t>Netgear FS728TP</w:t>
            </w:r>
          </w:p>
        </w:tc>
        <w:tc>
          <w:tcPr>
            <w:tcW w:type="dxa" w:w="2304"/>
            <w:vAlign w:val="center"/>
          </w:tcPr>
          <w:p>
            <w:r/>
            <w:r>
              <w:rPr>
                <w:rFonts w:ascii="Aptos" w:hAnsi="Aptos"/>
                <w:b w:val="0"/>
                <w:sz w:val="18"/>
              </w:rPr>
              <w:t>Main rack switch; managed-capable smart PoE switch</w:t>
            </w:r>
          </w:p>
        </w:tc>
        <w:tc>
          <w:tcPr>
            <w:tcW w:type="dxa" w:w="1584"/>
            <w:vAlign w:val="center"/>
          </w:tcPr>
          <w:p>
            <w:r/>
            <w:r>
              <w:rPr>
                <w:rFonts w:ascii="Aptos" w:hAnsi="Aptos"/>
                <w:b w:val="0"/>
                <w:sz w:val="18"/>
              </w:rPr>
              <w:t>192.168.44.13</w:t>
            </w:r>
          </w:p>
        </w:tc>
        <w:tc>
          <w:tcPr>
            <w:tcW w:type="dxa" w:w="1440"/>
            <w:vAlign w:val="center"/>
          </w:tcPr>
          <w:p>
            <w:r/>
            <w:r>
              <w:rPr>
                <w:rFonts w:ascii="Aptos" w:hAnsi="Aptos"/>
                <w:b w:val="0"/>
                <w:sz w:val="18"/>
              </w:rPr>
              <w:t>late-2000s platform era</w:t>
            </w:r>
          </w:p>
        </w:tc>
        <w:tc>
          <w:tcPr>
            <w:tcW w:type="dxa" w:w="2016"/>
            <w:vAlign w:val="center"/>
          </w:tcPr>
          <w:p>
            <w:r/>
            <w:r>
              <w:rPr>
                <w:rFonts w:ascii="Aptos" w:hAnsi="Aptos"/>
                <w:b w:val="0"/>
                <w:sz w:val="18"/>
              </w:rPr>
              <w:t>Primarily 10/100 Fast Ethernet access switch; possible performance bottleneck; managed config unknown</w:t>
            </w:r>
          </w:p>
        </w:tc>
        <w:tc>
          <w:tcPr>
            <w:tcW w:type="dxa" w:w="1296"/>
            <w:vAlign w:val="center"/>
          </w:tcPr>
          <w:p>
            <w:r/>
            <w:r>
              <w:rPr>
                <w:rFonts w:ascii="Aptos" w:hAnsi="Aptos"/>
                <w:b w:val="0"/>
                <w:sz w:val="18"/>
              </w:rPr>
              <w:t>Export / review config; strong replacement candidate</w:t>
            </w:r>
          </w:p>
        </w:tc>
      </w:tr>
      <w:tr>
        <w:tc>
          <w:tcPr>
            <w:tcW w:type="dxa" w:w="1440"/>
            <w:vAlign w:val="center"/>
          </w:tcPr>
          <w:p>
            <w:r/>
            <w:r>
              <w:rPr>
                <w:rFonts w:ascii="Aptos" w:hAnsi="Aptos"/>
                <w:b w:val="0"/>
                <w:sz w:val="18"/>
              </w:rPr>
              <w:t>Panduit patch panels &amp; cable management</w:t>
            </w:r>
          </w:p>
        </w:tc>
        <w:tc>
          <w:tcPr>
            <w:tcW w:type="dxa" w:w="2304"/>
            <w:vAlign w:val="center"/>
          </w:tcPr>
          <w:p>
            <w:r/>
            <w:r>
              <w:rPr>
                <w:rFonts w:ascii="Aptos" w:hAnsi="Aptos"/>
                <w:b w:val="0"/>
                <w:sz w:val="18"/>
              </w:rPr>
              <w:t>Passive cabling termination and cross-connect</w:t>
            </w:r>
          </w:p>
        </w:tc>
        <w:tc>
          <w:tcPr>
            <w:tcW w:type="dxa" w:w="1584"/>
            <w:vAlign w:val="center"/>
          </w:tcPr>
          <w:p>
            <w:r/>
            <w:r>
              <w:rPr>
                <w:rFonts w:ascii="Aptos" w:hAnsi="Aptos"/>
                <w:b w:val="0"/>
                <w:sz w:val="18"/>
              </w:rPr>
              <w:t>n/a</w:t>
            </w:r>
          </w:p>
        </w:tc>
        <w:tc>
          <w:tcPr>
            <w:tcW w:type="dxa" w:w="1440"/>
            <w:vAlign w:val="center"/>
          </w:tcPr>
          <w:p>
            <w:r/>
            <w:r>
              <w:rPr>
                <w:rFonts w:ascii="Aptos" w:hAnsi="Aptos"/>
                <w:b w:val="0"/>
                <w:sz w:val="18"/>
              </w:rPr>
              <w:t>age unknown</w:t>
            </w:r>
          </w:p>
        </w:tc>
        <w:tc>
          <w:tcPr>
            <w:tcW w:type="dxa" w:w="2016"/>
            <w:vAlign w:val="center"/>
          </w:tcPr>
          <w:p>
            <w:r/>
            <w:r>
              <w:rPr>
                <w:rFonts w:ascii="Aptos" w:hAnsi="Aptos"/>
                <w:b w:val="0"/>
                <w:sz w:val="18"/>
              </w:rPr>
              <w:t>No issue observed; labeling appears limited</w:t>
            </w:r>
          </w:p>
        </w:tc>
        <w:tc>
          <w:tcPr>
            <w:tcW w:type="dxa" w:w="1296"/>
            <w:vAlign w:val="center"/>
          </w:tcPr>
          <w:p>
            <w:r/>
            <w:r>
              <w:rPr>
                <w:rFonts w:ascii="Aptos" w:hAnsi="Aptos"/>
                <w:b w:val="0"/>
                <w:sz w:val="18"/>
              </w:rPr>
              <w:t>Retain; improve labeling and documentation</w:t>
            </w:r>
          </w:p>
        </w:tc>
      </w:tr>
      <w:tr>
        <w:tc>
          <w:tcPr>
            <w:tcW w:type="dxa" w:w="1440"/>
            <w:vAlign w:val="center"/>
          </w:tcPr>
          <w:p>
            <w:r/>
            <w:r>
              <w:rPr>
                <w:rFonts w:ascii="Aptos" w:hAnsi="Aptos"/>
                <w:b w:val="0"/>
                <w:sz w:val="18"/>
              </w:rPr>
              <w:t>TP-Link access point</w:t>
            </w:r>
          </w:p>
        </w:tc>
        <w:tc>
          <w:tcPr>
            <w:tcW w:type="dxa" w:w="2304"/>
            <w:vAlign w:val="center"/>
          </w:tcPr>
          <w:p>
            <w:r/>
            <w:r>
              <w:rPr>
                <w:rFonts w:ascii="Aptos" w:hAnsi="Aptos"/>
                <w:b w:val="0"/>
                <w:sz w:val="18"/>
              </w:rPr>
              <w:t>Wireless access point for office Wi‑Fi</w:t>
            </w:r>
          </w:p>
        </w:tc>
        <w:tc>
          <w:tcPr>
            <w:tcW w:type="dxa" w:w="1584"/>
            <w:vAlign w:val="center"/>
          </w:tcPr>
          <w:p>
            <w:r/>
            <w:r>
              <w:rPr>
                <w:rFonts w:ascii="Aptos" w:hAnsi="Aptos"/>
                <w:b w:val="0"/>
                <w:sz w:val="18"/>
              </w:rPr>
              <w:t>not identified in scan by model</w:t>
            </w:r>
          </w:p>
        </w:tc>
        <w:tc>
          <w:tcPr>
            <w:tcW w:type="dxa" w:w="1440"/>
            <w:vAlign w:val="center"/>
          </w:tcPr>
          <w:p>
            <w:r/>
            <w:r>
              <w:rPr>
                <w:rFonts w:ascii="Aptos" w:hAnsi="Aptos"/>
                <w:b w:val="0"/>
                <w:sz w:val="18"/>
              </w:rPr>
              <w:t>age/model unknown</w:t>
            </w:r>
          </w:p>
        </w:tc>
        <w:tc>
          <w:tcPr>
            <w:tcW w:type="dxa" w:w="2016"/>
            <w:vAlign w:val="center"/>
          </w:tcPr>
          <w:p>
            <w:r/>
            <w:r>
              <w:rPr>
                <w:rFonts w:ascii="Aptos" w:hAnsi="Aptos"/>
                <w:b w:val="0"/>
                <w:sz w:val="18"/>
              </w:rPr>
              <w:t>Exact model and management method unknown</w:t>
            </w:r>
          </w:p>
        </w:tc>
        <w:tc>
          <w:tcPr>
            <w:tcW w:type="dxa" w:w="1296"/>
            <w:vAlign w:val="center"/>
          </w:tcPr>
          <w:p>
            <w:r/>
            <w:r>
              <w:rPr>
                <w:rFonts w:ascii="Aptos" w:hAnsi="Aptos"/>
                <w:b w:val="0"/>
                <w:sz w:val="18"/>
              </w:rPr>
              <w:t>Confirm model, power method, and controller/standalone status</w:t>
            </w:r>
          </w:p>
        </w:tc>
      </w:tr>
      <w:tr>
        <w:tc>
          <w:tcPr>
            <w:tcW w:type="dxa" w:w="1440"/>
            <w:vAlign w:val="center"/>
          </w:tcPr>
          <w:p>
            <w:r/>
            <w:r>
              <w:rPr>
                <w:rFonts w:ascii="Aptos" w:hAnsi="Aptos"/>
                <w:b w:val="0"/>
                <w:sz w:val="18"/>
              </w:rPr>
              <w:t>Dell PowerEdge R720</w:t>
            </w:r>
          </w:p>
        </w:tc>
        <w:tc>
          <w:tcPr>
            <w:tcW w:type="dxa" w:w="2304"/>
            <w:vAlign w:val="center"/>
          </w:tcPr>
          <w:p>
            <w:r/>
            <w:r>
              <w:rPr>
                <w:rFonts w:ascii="Aptos" w:hAnsi="Aptos"/>
                <w:b w:val="0"/>
                <w:sz w:val="18"/>
              </w:rPr>
              <w:t>Primary on-prem server; likely VMware host</w:t>
            </w:r>
          </w:p>
        </w:tc>
        <w:tc>
          <w:tcPr>
            <w:tcW w:type="dxa" w:w="1584"/>
            <w:vAlign w:val="center"/>
          </w:tcPr>
          <w:p>
            <w:r/>
            <w:r>
              <w:rPr>
                <w:rFonts w:ascii="Aptos" w:hAnsi="Aptos"/>
                <w:b w:val="0"/>
                <w:sz w:val="18"/>
              </w:rPr>
              <w:t>host IP not yet confirmed</w:t>
            </w:r>
          </w:p>
        </w:tc>
        <w:tc>
          <w:tcPr>
            <w:tcW w:type="dxa" w:w="1440"/>
            <w:vAlign w:val="center"/>
          </w:tcPr>
          <w:p>
            <w:r/>
            <w:r>
              <w:rPr>
                <w:rFonts w:ascii="Aptos" w:hAnsi="Aptos"/>
                <w:b w:val="0"/>
                <w:sz w:val="18"/>
              </w:rPr>
              <w:t>2012–2013 platform era</w:t>
            </w:r>
          </w:p>
        </w:tc>
        <w:tc>
          <w:tcPr>
            <w:tcW w:type="dxa" w:w="2016"/>
            <w:vAlign w:val="center"/>
          </w:tcPr>
          <w:p>
            <w:r/>
            <w:r>
              <w:rPr>
                <w:rFonts w:ascii="Aptos" w:hAnsi="Aptos"/>
                <w:b w:val="0"/>
                <w:sz w:val="18"/>
              </w:rPr>
              <w:t>Drive 0 amber/yellow; occasional beeping reported; likely storage / RAID alert</w:t>
            </w:r>
          </w:p>
        </w:tc>
        <w:tc>
          <w:tcPr>
            <w:tcW w:type="dxa" w:w="1296"/>
            <w:vAlign w:val="center"/>
          </w:tcPr>
          <w:p>
            <w:r/>
            <w:r>
              <w:rPr>
                <w:rFonts w:ascii="Aptos" w:hAnsi="Aptos"/>
                <w:b w:val="0"/>
                <w:sz w:val="18"/>
              </w:rPr>
              <w:t>Urgent: check RAID/PERC/iDRAC status and backups; medium-term replacement target</w:t>
            </w:r>
          </w:p>
        </w:tc>
      </w:tr>
      <w:tr>
        <w:tc>
          <w:tcPr>
            <w:tcW w:type="dxa" w:w="1440"/>
            <w:vAlign w:val="center"/>
          </w:tcPr>
          <w:p>
            <w:r/>
            <w:r>
              <w:rPr>
                <w:rFonts w:ascii="Aptos" w:hAnsi="Aptos"/>
                <w:b w:val="0"/>
                <w:sz w:val="18"/>
              </w:rPr>
              <w:t>VMware VM: VJUMP</w:t>
            </w:r>
          </w:p>
        </w:tc>
        <w:tc>
          <w:tcPr>
            <w:tcW w:type="dxa" w:w="2304"/>
            <w:vAlign w:val="center"/>
          </w:tcPr>
          <w:p>
            <w:r/>
            <w:r>
              <w:rPr>
                <w:rFonts w:ascii="Aptos" w:hAnsi="Aptos"/>
                <w:b w:val="0"/>
                <w:sz w:val="18"/>
              </w:rPr>
              <w:t>Likely jump/admin VM</w:t>
            </w:r>
          </w:p>
        </w:tc>
        <w:tc>
          <w:tcPr>
            <w:tcW w:type="dxa" w:w="1584"/>
            <w:vAlign w:val="center"/>
          </w:tcPr>
          <w:p>
            <w:r/>
            <w:r>
              <w:rPr>
                <w:rFonts w:ascii="Aptos" w:hAnsi="Aptos"/>
                <w:b w:val="0"/>
                <w:sz w:val="18"/>
              </w:rPr>
              <w:t>192.168.44.30</w:t>
            </w:r>
          </w:p>
        </w:tc>
        <w:tc>
          <w:tcPr>
            <w:tcW w:type="dxa" w:w="1440"/>
            <w:vAlign w:val="center"/>
          </w:tcPr>
          <w:p>
            <w:r/>
            <w:r>
              <w:rPr>
                <w:rFonts w:ascii="Aptos" w:hAnsi="Aptos"/>
                <w:b w:val="0"/>
                <w:sz w:val="18"/>
              </w:rPr>
              <w:t>unknown</w:t>
            </w:r>
          </w:p>
        </w:tc>
        <w:tc>
          <w:tcPr>
            <w:tcW w:type="dxa" w:w="2016"/>
            <w:vAlign w:val="center"/>
          </w:tcPr>
          <w:p>
            <w:r/>
            <w:r>
              <w:rPr>
                <w:rFonts w:ascii="Aptos" w:hAnsi="Aptos"/>
                <w:b w:val="0"/>
                <w:sz w:val="18"/>
              </w:rPr>
              <w:t>Purpose inferred from name only</w:t>
            </w:r>
          </w:p>
        </w:tc>
        <w:tc>
          <w:tcPr>
            <w:tcW w:type="dxa" w:w="1296"/>
            <w:vAlign w:val="center"/>
          </w:tcPr>
          <w:p>
            <w:r/>
            <w:r>
              <w:rPr>
                <w:rFonts w:ascii="Aptos" w:hAnsi="Aptos"/>
                <w:b w:val="0"/>
                <w:sz w:val="18"/>
              </w:rPr>
              <w:t>Confirm role, OS, owner, and backup</w:t>
            </w:r>
          </w:p>
        </w:tc>
      </w:tr>
      <w:tr>
        <w:tc>
          <w:tcPr>
            <w:tcW w:type="dxa" w:w="1440"/>
            <w:vAlign w:val="center"/>
          </w:tcPr>
          <w:p>
            <w:r/>
            <w:r>
              <w:rPr>
                <w:rFonts w:ascii="Aptos" w:hAnsi="Aptos"/>
                <w:b w:val="0"/>
                <w:sz w:val="18"/>
              </w:rPr>
              <w:t>VMware VM: CFSDC2</w:t>
            </w:r>
          </w:p>
        </w:tc>
        <w:tc>
          <w:tcPr>
            <w:tcW w:type="dxa" w:w="2304"/>
            <w:vAlign w:val="center"/>
          </w:tcPr>
          <w:p>
            <w:r/>
            <w:r>
              <w:rPr>
                <w:rFonts w:ascii="Aptos" w:hAnsi="Aptos"/>
                <w:b w:val="0"/>
                <w:sz w:val="18"/>
              </w:rPr>
              <w:t>Likely domain controller</w:t>
            </w:r>
          </w:p>
        </w:tc>
        <w:tc>
          <w:tcPr>
            <w:tcW w:type="dxa" w:w="1584"/>
            <w:vAlign w:val="center"/>
          </w:tcPr>
          <w:p>
            <w:r/>
            <w:r>
              <w:rPr>
                <w:rFonts w:ascii="Aptos" w:hAnsi="Aptos"/>
                <w:b w:val="0"/>
                <w:sz w:val="18"/>
              </w:rPr>
              <w:t>192.168.44.60</w:t>
            </w:r>
          </w:p>
        </w:tc>
        <w:tc>
          <w:tcPr>
            <w:tcW w:type="dxa" w:w="1440"/>
            <w:vAlign w:val="center"/>
          </w:tcPr>
          <w:p>
            <w:r/>
            <w:r>
              <w:rPr>
                <w:rFonts w:ascii="Aptos" w:hAnsi="Aptos"/>
                <w:b w:val="0"/>
                <w:sz w:val="18"/>
              </w:rPr>
              <w:t>unknown</w:t>
            </w:r>
          </w:p>
        </w:tc>
        <w:tc>
          <w:tcPr>
            <w:tcW w:type="dxa" w:w="2016"/>
            <w:vAlign w:val="center"/>
          </w:tcPr>
          <w:p>
            <w:r/>
            <w:r>
              <w:rPr>
                <w:rFonts w:ascii="Aptos" w:hAnsi="Aptos"/>
                <w:b w:val="0"/>
                <w:sz w:val="18"/>
              </w:rPr>
              <w:t>Critical if serving directory/authentication</w:t>
            </w:r>
          </w:p>
        </w:tc>
        <w:tc>
          <w:tcPr>
            <w:tcW w:type="dxa" w:w="1296"/>
            <w:vAlign w:val="center"/>
          </w:tcPr>
          <w:p>
            <w:r/>
            <w:r>
              <w:rPr>
                <w:rFonts w:ascii="Aptos" w:hAnsi="Aptos"/>
                <w:b w:val="0"/>
                <w:sz w:val="18"/>
              </w:rPr>
              <w:t>Confirm role, OS, owner, and backup</w:t>
            </w:r>
          </w:p>
        </w:tc>
      </w:tr>
      <w:tr>
        <w:tc>
          <w:tcPr>
            <w:tcW w:type="dxa" w:w="1440"/>
            <w:vAlign w:val="center"/>
          </w:tcPr>
          <w:p>
            <w:r/>
            <w:r>
              <w:rPr>
                <w:rFonts w:ascii="Aptos" w:hAnsi="Aptos"/>
                <w:b w:val="0"/>
                <w:sz w:val="18"/>
              </w:rPr>
              <w:t>VMware VM: CFSFS</w:t>
            </w:r>
          </w:p>
        </w:tc>
        <w:tc>
          <w:tcPr>
            <w:tcW w:type="dxa" w:w="2304"/>
            <w:vAlign w:val="center"/>
          </w:tcPr>
          <w:p>
            <w:r/>
            <w:r>
              <w:rPr>
                <w:rFonts w:ascii="Aptos" w:hAnsi="Aptos"/>
                <w:b w:val="0"/>
                <w:sz w:val="18"/>
              </w:rPr>
              <w:t>Likely file server</w:t>
            </w:r>
          </w:p>
        </w:tc>
        <w:tc>
          <w:tcPr>
            <w:tcW w:type="dxa" w:w="1584"/>
            <w:vAlign w:val="center"/>
          </w:tcPr>
          <w:p>
            <w:r/>
            <w:r>
              <w:rPr>
                <w:rFonts w:ascii="Aptos" w:hAnsi="Aptos"/>
                <w:b w:val="0"/>
                <w:sz w:val="18"/>
              </w:rPr>
              <w:t>192.168.44.61</w:t>
            </w:r>
          </w:p>
        </w:tc>
        <w:tc>
          <w:tcPr>
            <w:tcW w:type="dxa" w:w="1440"/>
            <w:vAlign w:val="center"/>
          </w:tcPr>
          <w:p>
            <w:r/>
            <w:r>
              <w:rPr>
                <w:rFonts w:ascii="Aptos" w:hAnsi="Aptos"/>
                <w:b w:val="0"/>
                <w:sz w:val="18"/>
              </w:rPr>
              <w:t>unknown</w:t>
            </w:r>
          </w:p>
        </w:tc>
        <w:tc>
          <w:tcPr>
            <w:tcW w:type="dxa" w:w="2016"/>
            <w:vAlign w:val="center"/>
          </w:tcPr>
          <w:p>
            <w:r/>
            <w:r>
              <w:rPr>
                <w:rFonts w:ascii="Aptos" w:hAnsi="Aptos"/>
                <w:b w:val="0"/>
                <w:sz w:val="18"/>
              </w:rPr>
              <w:t>Critical if serving shared files</w:t>
            </w:r>
          </w:p>
        </w:tc>
        <w:tc>
          <w:tcPr>
            <w:tcW w:type="dxa" w:w="1296"/>
            <w:vAlign w:val="center"/>
          </w:tcPr>
          <w:p>
            <w:r/>
            <w:r>
              <w:rPr>
                <w:rFonts w:ascii="Aptos" w:hAnsi="Aptos"/>
                <w:b w:val="0"/>
                <w:sz w:val="18"/>
              </w:rPr>
              <w:t>Confirm role, storage mapping, and backup</w:t>
            </w:r>
          </w:p>
        </w:tc>
      </w:tr>
      <w:tr>
        <w:tc>
          <w:tcPr>
            <w:tcW w:type="dxa" w:w="1440"/>
            <w:vAlign w:val="center"/>
          </w:tcPr>
          <w:p>
            <w:r/>
            <w:r>
              <w:rPr>
                <w:rFonts w:ascii="Aptos" w:hAnsi="Aptos"/>
                <w:b w:val="0"/>
                <w:sz w:val="18"/>
              </w:rPr>
              <w:t>VMware VM: CFSPRN</w:t>
            </w:r>
          </w:p>
        </w:tc>
        <w:tc>
          <w:tcPr>
            <w:tcW w:type="dxa" w:w="2304"/>
            <w:vAlign w:val="center"/>
          </w:tcPr>
          <w:p>
            <w:r/>
            <w:r>
              <w:rPr>
                <w:rFonts w:ascii="Aptos" w:hAnsi="Aptos"/>
                <w:b w:val="0"/>
                <w:sz w:val="18"/>
              </w:rPr>
              <w:t>Likely print server</w:t>
            </w:r>
          </w:p>
        </w:tc>
        <w:tc>
          <w:tcPr>
            <w:tcW w:type="dxa" w:w="1584"/>
            <w:vAlign w:val="center"/>
          </w:tcPr>
          <w:p>
            <w:r/>
            <w:r>
              <w:rPr>
                <w:rFonts w:ascii="Aptos" w:hAnsi="Aptos"/>
                <w:b w:val="0"/>
                <w:sz w:val="18"/>
              </w:rPr>
              <w:t>192.168.44.62</w:t>
            </w:r>
          </w:p>
        </w:tc>
        <w:tc>
          <w:tcPr>
            <w:tcW w:type="dxa" w:w="1440"/>
            <w:vAlign w:val="center"/>
          </w:tcPr>
          <w:p>
            <w:r/>
            <w:r>
              <w:rPr>
                <w:rFonts w:ascii="Aptos" w:hAnsi="Aptos"/>
                <w:b w:val="0"/>
                <w:sz w:val="18"/>
              </w:rPr>
              <w:t>unknown</w:t>
            </w:r>
          </w:p>
        </w:tc>
        <w:tc>
          <w:tcPr>
            <w:tcW w:type="dxa" w:w="2016"/>
            <w:vAlign w:val="center"/>
          </w:tcPr>
          <w:p>
            <w:r/>
            <w:r>
              <w:rPr>
                <w:rFonts w:ascii="Aptos" w:hAnsi="Aptos"/>
                <w:b w:val="0"/>
                <w:sz w:val="18"/>
              </w:rPr>
              <w:t>Shared printing dependency likely</w:t>
            </w:r>
          </w:p>
        </w:tc>
        <w:tc>
          <w:tcPr>
            <w:tcW w:type="dxa" w:w="1296"/>
            <w:vAlign w:val="center"/>
          </w:tcPr>
          <w:p>
            <w:r/>
            <w:r>
              <w:rPr>
                <w:rFonts w:ascii="Aptos" w:hAnsi="Aptos"/>
                <w:b w:val="0"/>
                <w:sz w:val="18"/>
              </w:rPr>
              <w:t>Confirm role and printer dependencies</w:t>
            </w:r>
          </w:p>
        </w:tc>
      </w:tr>
      <w:tr>
        <w:tc>
          <w:tcPr>
            <w:tcW w:type="dxa" w:w="1440"/>
            <w:vAlign w:val="center"/>
          </w:tcPr>
          <w:p>
            <w:r/>
            <w:r>
              <w:rPr>
                <w:rFonts w:ascii="Aptos" w:hAnsi="Aptos"/>
                <w:b w:val="0"/>
                <w:sz w:val="18"/>
              </w:rPr>
              <w:t>HP printer</w:t>
            </w:r>
          </w:p>
        </w:tc>
        <w:tc>
          <w:tcPr>
            <w:tcW w:type="dxa" w:w="2304"/>
            <w:vAlign w:val="center"/>
          </w:tcPr>
          <w:p>
            <w:r/>
            <w:r>
              <w:rPr>
                <w:rFonts w:ascii="Aptos" w:hAnsi="Aptos"/>
                <w:b w:val="0"/>
                <w:sz w:val="18"/>
              </w:rPr>
              <w:t>Shared network printer</w:t>
            </w:r>
          </w:p>
        </w:tc>
        <w:tc>
          <w:tcPr>
            <w:tcW w:type="dxa" w:w="1584"/>
            <w:vAlign w:val="center"/>
          </w:tcPr>
          <w:p>
            <w:r/>
            <w:r>
              <w:rPr>
                <w:rFonts w:ascii="Aptos" w:hAnsi="Aptos"/>
                <w:b w:val="0"/>
                <w:sz w:val="18"/>
              </w:rPr>
              <w:t>192.168.44.15</w:t>
            </w:r>
          </w:p>
        </w:tc>
        <w:tc>
          <w:tcPr>
            <w:tcW w:type="dxa" w:w="1440"/>
            <w:vAlign w:val="center"/>
          </w:tcPr>
          <w:p>
            <w:r/>
            <w:r>
              <w:rPr>
                <w:rFonts w:ascii="Aptos" w:hAnsi="Aptos"/>
                <w:b w:val="0"/>
                <w:sz w:val="18"/>
              </w:rPr>
              <w:t>unknown</w:t>
            </w:r>
          </w:p>
        </w:tc>
        <w:tc>
          <w:tcPr>
            <w:tcW w:type="dxa" w:w="2016"/>
            <w:vAlign w:val="center"/>
          </w:tcPr>
          <w:p>
            <w:r/>
            <w:r>
              <w:rPr>
                <w:rFonts w:ascii="Aptos" w:hAnsi="Aptos"/>
                <w:b w:val="0"/>
                <w:sz w:val="18"/>
              </w:rPr>
              <w:t>No issue observed</w:t>
            </w:r>
          </w:p>
        </w:tc>
        <w:tc>
          <w:tcPr>
            <w:tcW w:type="dxa" w:w="1296"/>
            <w:vAlign w:val="center"/>
          </w:tcPr>
          <w:p>
            <w:r/>
            <w:r>
              <w:rPr>
                <w:rFonts w:ascii="Aptos" w:hAnsi="Aptos"/>
                <w:b w:val="0"/>
                <w:sz w:val="18"/>
              </w:rPr>
              <w:t>Retain / document model and location</w:t>
            </w:r>
          </w:p>
        </w:tc>
      </w:tr>
      <w:tr>
        <w:tc>
          <w:tcPr>
            <w:tcW w:type="dxa" w:w="1440"/>
            <w:vAlign w:val="center"/>
          </w:tcPr>
          <w:p>
            <w:r/>
            <w:r>
              <w:rPr>
                <w:rFonts w:ascii="Aptos" w:hAnsi="Aptos"/>
                <w:b w:val="0"/>
                <w:sz w:val="18"/>
              </w:rPr>
              <w:t>Konica Minolta bizhub C361i</w:t>
            </w:r>
          </w:p>
        </w:tc>
        <w:tc>
          <w:tcPr>
            <w:tcW w:type="dxa" w:w="2304"/>
            <w:vAlign w:val="center"/>
          </w:tcPr>
          <w:p>
            <w:r/>
            <w:r>
              <w:rPr>
                <w:rFonts w:ascii="Aptos" w:hAnsi="Aptos"/>
                <w:b w:val="0"/>
                <w:sz w:val="18"/>
              </w:rPr>
              <w:t>Shared multifunction printer/copier</w:t>
            </w:r>
          </w:p>
        </w:tc>
        <w:tc>
          <w:tcPr>
            <w:tcW w:type="dxa" w:w="1584"/>
            <w:vAlign w:val="center"/>
          </w:tcPr>
          <w:p>
            <w:r/>
            <w:r>
              <w:rPr>
                <w:rFonts w:ascii="Aptos" w:hAnsi="Aptos"/>
                <w:b w:val="0"/>
                <w:sz w:val="18"/>
              </w:rPr>
              <w:t>192.168.44.150</w:t>
            </w:r>
          </w:p>
        </w:tc>
        <w:tc>
          <w:tcPr>
            <w:tcW w:type="dxa" w:w="1440"/>
            <w:vAlign w:val="center"/>
          </w:tcPr>
          <w:p>
            <w:r/>
            <w:r>
              <w:rPr>
                <w:rFonts w:ascii="Aptos" w:hAnsi="Aptos"/>
                <w:b w:val="0"/>
                <w:sz w:val="18"/>
              </w:rPr>
              <w:t>unknown</w:t>
            </w:r>
          </w:p>
        </w:tc>
        <w:tc>
          <w:tcPr>
            <w:tcW w:type="dxa" w:w="2016"/>
            <w:vAlign w:val="center"/>
          </w:tcPr>
          <w:p>
            <w:r/>
            <w:r>
              <w:rPr>
                <w:rFonts w:ascii="Aptos" w:hAnsi="Aptos"/>
                <w:b w:val="0"/>
                <w:sz w:val="18"/>
              </w:rPr>
              <w:t>No issue observed</w:t>
            </w:r>
          </w:p>
        </w:tc>
        <w:tc>
          <w:tcPr>
            <w:tcW w:type="dxa" w:w="1296"/>
            <w:vAlign w:val="center"/>
          </w:tcPr>
          <w:p>
            <w:r/>
            <w:r>
              <w:rPr>
                <w:rFonts w:ascii="Aptos" w:hAnsi="Aptos"/>
                <w:b w:val="0"/>
                <w:sz w:val="18"/>
              </w:rPr>
              <w:t>Retain / document support contact and usage</w:t>
            </w:r>
          </w:p>
        </w:tc>
      </w:tr>
      <w:tr>
        <w:tc>
          <w:tcPr>
            <w:tcW w:type="dxa" w:w="1440"/>
            <w:vAlign w:val="center"/>
          </w:tcPr>
          <w:p>
            <w:r/>
            <w:r>
              <w:rPr>
                <w:rFonts w:ascii="Aptos" w:hAnsi="Aptos"/>
                <w:b w:val="0"/>
                <w:sz w:val="18"/>
              </w:rPr>
              <w:t>CFSDT-02</w:t>
            </w:r>
          </w:p>
        </w:tc>
        <w:tc>
          <w:tcPr>
            <w:tcW w:type="dxa" w:w="2304"/>
            <w:vAlign w:val="center"/>
          </w:tcPr>
          <w:p>
            <w:r/>
            <w:r>
              <w:rPr>
                <w:rFonts w:ascii="Aptos" w:hAnsi="Aptos"/>
                <w:b w:val="0"/>
                <w:sz w:val="18"/>
              </w:rPr>
              <w:t>User workstation (Dell / Windows)</w:t>
            </w:r>
          </w:p>
        </w:tc>
        <w:tc>
          <w:tcPr>
            <w:tcW w:type="dxa" w:w="1584"/>
            <w:vAlign w:val="center"/>
          </w:tcPr>
          <w:p>
            <w:r/>
            <w:r>
              <w:rPr>
                <w:rFonts w:ascii="Aptos" w:hAnsi="Aptos"/>
                <w:b w:val="0"/>
                <w:sz w:val="18"/>
              </w:rPr>
              <w:t>192.168.44.77</w:t>
            </w:r>
          </w:p>
        </w:tc>
        <w:tc>
          <w:tcPr>
            <w:tcW w:type="dxa" w:w="1440"/>
            <w:vAlign w:val="center"/>
          </w:tcPr>
          <w:p>
            <w:r/>
            <w:r>
              <w:rPr>
                <w:rFonts w:ascii="Aptos" w:hAnsi="Aptos"/>
                <w:b w:val="0"/>
                <w:sz w:val="18"/>
              </w:rPr>
              <w:t>unknown</w:t>
            </w:r>
          </w:p>
        </w:tc>
        <w:tc>
          <w:tcPr>
            <w:tcW w:type="dxa" w:w="2016"/>
            <w:vAlign w:val="center"/>
          </w:tcPr>
          <w:p>
            <w:r/>
            <w:r>
              <w:rPr>
                <w:rFonts w:ascii="Aptos" w:hAnsi="Aptos"/>
                <w:b w:val="0"/>
                <w:sz w:val="18"/>
              </w:rPr>
              <w:t>Observed on CFS domain-like network</w:t>
            </w:r>
          </w:p>
        </w:tc>
        <w:tc>
          <w:tcPr>
            <w:tcW w:type="dxa" w:w="1296"/>
            <w:vAlign w:val="center"/>
          </w:tcPr>
          <w:p>
            <w:r/>
            <w:r>
              <w:rPr>
                <w:rFonts w:ascii="Aptos" w:hAnsi="Aptos"/>
                <w:b w:val="0"/>
                <w:sz w:val="18"/>
              </w:rPr>
              <w:t>Document owner and business function</w:t>
            </w:r>
          </w:p>
        </w:tc>
      </w:tr>
      <w:tr>
        <w:tc>
          <w:tcPr>
            <w:tcW w:type="dxa" w:w="1440"/>
            <w:vAlign w:val="center"/>
          </w:tcPr>
          <w:p>
            <w:r/>
            <w:r>
              <w:rPr>
                <w:rFonts w:ascii="Aptos" w:hAnsi="Aptos"/>
                <w:b w:val="0"/>
                <w:sz w:val="18"/>
              </w:rPr>
              <w:t>CFSDT-04</w:t>
            </w:r>
          </w:p>
        </w:tc>
        <w:tc>
          <w:tcPr>
            <w:tcW w:type="dxa" w:w="2304"/>
            <w:vAlign w:val="center"/>
          </w:tcPr>
          <w:p>
            <w:r/>
            <w:r>
              <w:rPr>
                <w:rFonts w:ascii="Aptos" w:hAnsi="Aptos"/>
                <w:b w:val="0"/>
                <w:sz w:val="18"/>
              </w:rPr>
              <w:t>User workstation (ASRock / Windows)</w:t>
            </w:r>
          </w:p>
        </w:tc>
        <w:tc>
          <w:tcPr>
            <w:tcW w:type="dxa" w:w="1584"/>
            <w:vAlign w:val="center"/>
          </w:tcPr>
          <w:p>
            <w:r/>
            <w:r>
              <w:rPr>
                <w:rFonts w:ascii="Aptos" w:hAnsi="Aptos"/>
                <w:b w:val="0"/>
                <w:sz w:val="18"/>
              </w:rPr>
              <w:t>192.168.44.88</w:t>
            </w:r>
          </w:p>
        </w:tc>
        <w:tc>
          <w:tcPr>
            <w:tcW w:type="dxa" w:w="1440"/>
            <w:vAlign w:val="center"/>
          </w:tcPr>
          <w:p>
            <w:r/>
            <w:r>
              <w:rPr>
                <w:rFonts w:ascii="Aptos" w:hAnsi="Aptos"/>
                <w:b w:val="0"/>
                <w:sz w:val="18"/>
              </w:rPr>
              <w:t>unknown</w:t>
            </w:r>
          </w:p>
        </w:tc>
        <w:tc>
          <w:tcPr>
            <w:tcW w:type="dxa" w:w="2016"/>
            <w:vAlign w:val="center"/>
          </w:tcPr>
          <w:p>
            <w:r/>
            <w:r>
              <w:rPr>
                <w:rFonts w:ascii="Aptos" w:hAnsi="Aptos"/>
                <w:b w:val="0"/>
                <w:sz w:val="18"/>
              </w:rPr>
              <w:t>Observed on CFS domain-like network</w:t>
            </w:r>
          </w:p>
        </w:tc>
        <w:tc>
          <w:tcPr>
            <w:tcW w:type="dxa" w:w="1296"/>
            <w:vAlign w:val="center"/>
          </w:tcPr>
          <w:p>
            <w:r/>
            <w:r>
              <w:rPr>
                <w:rFonts w:ascii="Aptos" w:hAnsi="Aptos"/>
                <w:b w:val="0"/>
                <w:sz w:val="18"/>
              </w:rPr>
              <w:t>Document owner and business function</w:t>
            </w:r>
          </w:p>
        </w:tc>
      </w:tr>
    </w:tbl>
    <w:p>
      <w:r>
        <w:br w:type="page"/>
      </w:r>
    </w:p>
    <w:p>
      <w:pPr>
        <w:pStyle w:val="Heading1"/>
      </w:pPr>
      <w:r>
        <w:t>Observed device list from Fing</w:t>
      </w:r>
    </w:p>
    <w:p>
      <w:r>
        <w:t>The following list highlights the most important devices positively identified in Fing. Many additional “Generic” devices were present and should be classified later.</w:t>
      </w:r>
    </w:p>
    <w:tbl>
      <w:tblPr>
        <w:tblStyle w:val="TableGrid"/>
        <w:tblW w:type="auto" w:w="0"/>
        <w:tblLook w:firstColumn="1" w:firstRow="1" w:lastColumn="0" w:lastRow="0" w:noHBand="0" w:noVBand="1" w:val="04A0"/>
      </w:tblPr>
      <w:tblGrid>
        <w:gridCol w:w="1704"/>
        <w:gridCol w:w="1704"/>
        <w:gridCol w:w="1704"/>
        <w:gridCol w:w="1704"/>
        <w:gridCol w:w="1704"/>
        <w:gridCol w:w="1704"/>
      </w:tblGrid>
      <w:tr>
        <w:tc>
          <w:tcPr>
            <w:tcW w:type="dxa" w:w="1440"/>
            <w:vAlign w:val="center"/>
            <w:shd w:fill="1B365D"/>
          </w:tcPr>
          <w:p>
            <w:pPr>
              <w:jc w:val="center"/>
            </w:pPr>
            <w:r/>
            <w:r>
              <w:rPr>
                <w:rFonts w:ascii="Aptos" w:hAnsi="Aptos"/>
                <w:b/>
                <w:color w:val="FFFFFF"/>
                <w:sz w:val="19"/>
              </w:rPr>
              <w:t>IP</w:t>
            </w:r>
          </w:p>
        </w:tc>
        <w:tc>
          <w:tcPr>
            <w:tcW w:type="dxa" w:w="2304"/>
            <w:vAlign w:val="center"/>
            <w:shd w:fill="1B365D"/>
          </w:tcPr>
          <w:p>
            <w:pPr>
              <w:jc w:val="center"/>
            </w:pPr>
            <w:r/>
            <w:r>
              <w:rPr>
                <w:rFonts w:ascii="Aptos" w:hAnsi="Aptos"/>
                <w:b/>
                <w:color w:val="FFFFFF"/>
                <w:sz w:val="19"/>
              </w:rPr>
              <w:t>Name</w:t>
            </w:r>
          </w:p>
        </w:tc>
        <w:tc>
          <w:tcPr>
            <w:tcW w:type="dxa" w:w="1584"/>
            <w:vAlign w:val="center"/>
            <w:shd w:fill="1B365D"/>
          </w:tcPr>
          <w:p>
            <w:pPr>
              <w:jc w:val="center"/>
            </w:pPr>
            <w:r/>
            <w:r>
              <w:rPr>
                <w:rFonts w:ascii="Aptos" w:hAnsi="Aptos"/>
                <w:b/>
                <w:color w:val="FFFFFF"/>
                <w:sz w:val="19"/>
              </w:rPr>
              <w:t>Type</w:t>
            </w:r>
          </w:p>
        </w:tc>
        <w:tc>
          <w:tcPr>
            <w:tcW w:type="dxa" w:w="1440"/>
            <w:vAlign w:val="center"/>
            <w:shd w:fill="1B365D"/>
          </w:tcPr>
          <w:p>
            <w:pPr>
              <w:jc w:val="center"/>
            </w:pPr>
            <w:r/>
            <w:r>
              <w:rPr>
                <w:rFonts w:ascii="Aptos" w:hAnsi="Aptos"/>
                <w:b/>
                <w:color w:val="FFFFFF"/>
                <w:sz w:val="19"/>
              </w:rPr>
              <w:t>Brand</w:t>
            </w:r>
          </w:p>
        </w:tc>
        <w:tc>
          <w:tcPr>
            <w:tcW w:type="dxa" w:w="2016"/>
            <w:vAlign w:val="center"/>
            <w:shd w:fill="1B365D"/>
          </w:tcPr>
          <w:p>
            <w:pPr>
              <w:jc w:val="center"/>
            </w:pPr>
            <w:r/>
            <w:r>
              <w:rPr>
                <w:rFonts w:ascii="Aptos" w:hAnsi="Aptos"/>
                <w:b/>
                <w:color w:val="FFFFFF"/>
                <w:sz w:val="19"/>
              </w:rPr>
              <w:t>Model</w:t>
            </w:r>
          </w:p>
        </w:tc>
        <w:tc>
          <w:tcPr>
            <w:tcW w:type="dxa" w:w="1296"/>
            <w:vAlign w:val="center"/>
            <w:shd w:fill="1B365D"/>
          </w:tcPr>
          <w:p>
            <w:pPr>
              <w:jc w:val="center"/>
            </w:pPr>
            <w:r/>
            <w:r>
              <w:rPr>
                <w:rFonts w:ascii="Aptos" w:hAnsi="Aptos"/>
                <w:b/>
                <w:color w:val="FFFFFF"/>
                <w:sz w:val="19"/>
              </w:rPr>
              <w:t>OS</w:t>
            </w:r>
          </w:p>
        </w:tc>
      </w:tr>
      <w:tr>
        <w:tc>
          <w:tcPr>
            <w:tcW w:type="dxa" w:w="1440"/>
            <w:vAlign w:val="center"/>
          </w:tcPr>
          <w:p>
            <w:r/>
            <w:r>
              <w:rPr>
                <w:rFonts w:ascii="Aptos" w:hAnsi="Aptos"/>
                <w:b w:val="0"/>
                <w:sz w:val="18"/>
              </w:rPr>
              <w:t>192.168.44.15</w:t>
            </w:r>
          </w:p>
        </w:tc>
        <w:tc>
          <w:tcPr>
            <w:tcW w:type="dxa" w:w="2304"/>
            <w:vAlign w:val="center"/>
          </w:tcPr>
          <w:p>
            <w:r/>
            <w:r>
              <w:rPr>
                <w:rFonts w:ascii="Aptos" w:hAnsi="Aptos"/>
                <w:b w:val="0"/>
                <w:sz w:val="18"/>
              </w:rPr>
            </w:r>
          </w:p>
        </w:tc>
        <w:tc>
          <w:tcPr>
            <w:tcW w:type="dxa" w:w="1584"/>
            <w:vAlign w:val="center"/>
          </w:tcPr>
          <w:p>
            <w:r/>
            <w:r>
              <w:rPr>
                <w:rFonts w:ascii="Aptos" w:hAnsi="Aptos"/>
                <w:b w:val="0"/>
                <w:sz w:val="18"/>
              </w:rPr>
              <w:t>Printer</w:t>
            </w:r>
          </w:p>
        </w:tc>
        <w:tc>
          <w:tcPr>
            <w:tcW w:type="dxa" w:w="1440"/>
            <w:vAlign w:val="center"/>
          </w:tcPr>
          <w:p>
            <w:r/>
            <w:r>
              <w:rPr>
                <w:rFonts w:ascii="Aptos" w:hAnsi="Aptos"/>
                <w:b w:val="0"/>
                <w:sz w:val="18"/>
              </w:rPr>
              <w:t>HP</w:t>
            </w:r>
          </w:p>
        </w:tc>
        <w:tc>
          <w:tcPr>
            <w:tcW w:type="dxa" w:w="2016"/>
            <w:vAlign w:val="center"/>
          </w:tcPr>
          <w:p>
            <w:r/>
            <w:r>
              <w:rPr>
                <w:rFonts w:ascii="Aptos" w:hAnsi="Aptos"/>
                <w:b w:val="0"/>
                <w:sz w:val="18"/>
              </w:rPr>
            </w:r>
          </w:p>
        </w:tc>
        <w:tc>
          <w:tcPr>
            <w:tcW w:type="dxa" w:w="1296"/>
            <w:vAlign w:val="center"/>
          </w:tcPr>
          <w:p>
            <w:r/>
            <w:r>
              <w:rPr>
                <w:rFonts w:ascii="Aptos" w:hAnsi="Aptos"/>
                <w:b w:val="0"/>
                <w:sz w:val="18"/>
              </w:rPr>
            </w:r>
          </w:p>
        </w:tc>
      </w:tr>
      <w:tr>
        <w:tc>
          <w:tcPr>
            <w:tcW w:type="dxa" w:w="1440"/>
            <w:vAlign w:val="center"/>
          </w:tcPr>
          <w:p>
            <w:r/>
            <w:r>
              <w:rPr>
                <w:rFonts w:ascii="Aptos" w:hAnsi="Aptos"/>
                <w:b w:val="0"/>
                <w:sz w:val="18"/>
              </w:rPr>
              <w:t>192.168.44.18</w:t>
            </w:r>
          </w:p>
        </w:tc>
        <w:tc>
          <w:tcPr>
            <w:tcW w:type="dxa" w:w="2304"/>
            <w:vAlign w:val="center"/>
          </w:tcPr>
          <w:p>
            <w:r/>
            <w:r>
              <w:rPr>
                <w:rFonts w:ascii="Aptos" w:hAnsi="Aptos"/>
                <w:b w:val="0"/>
                <w:sz w:val="18"/>
              </w:rPr>
              <w:t>CFSDT-01</w:t>
            </w:r>
          </w:p>
        </w:tc>
        <w:tc>
          <w:tcPr>
            <w:tcW w:type="dxa" w:w="1584"/>
            <w:vAlign w:val="center"/>
          </w:tcPr>
          <w:p>
            <w:r/>
            <w:r>
              <w:rPr>
                <w:rFonts w:ascii="Aptos" w:hAnsi="Aptos"/>
                <w:b w:val="0"/>
                <w:sz w:val="18"/>
              </w:rPr>
              <w:t>Computer</w:t>
            </w:r>
          </w:p>
        </w:tc>
        <w:tc>
          <w:tcPr>
            <w:tcW w:type="dxa" w:w="1440"/>
            <w:vAlign w:val="center"/>
          </w:tcPr>
          <w:p>
            <w:r/>
            <w:r>
              <w:rPr>
                <w:rFonts w:ascii="Aptos" w:hAnsi="Aptos"/>
                <w:b w:val="0"/>
                <w:sz w:val="18"/>
              </w:rPr>
              <w:t>Dell</w:t>
            </w:r>
          </w:p>
        </w:tc>
        <w:tc>
          <w:tcPr>
            <w:tcW w:type="dxa" w:w="2016"/>
            <w:vAlign w:val="center"/>
          </w:tcPr>
          <w:p>
            <w:r/>
            <w:r>
              <w:rPr>
                <w:rFonts w:ascii="Aptos" w:hAnsi="Aptos"/>
                <w:b w:val="0"/>
                <w:sz w:val="18"/>
              </w:rPr>
            </w:r>
          </w:p>
        </w:tc>
        <w:tc>
          <w:tcPr>
            <w:tcW w:type="dxa" w:w="1296"/>
            <w:vAlign w:val="center"/>
          </w:tcPr>
          <w:p>
            <w:r/>
            <w:r>
              <w:rPr>
                <w:rFonts w:ascii="Aptos" w:hAnsi="Aptos"/>
                <w:b w:val="0"/>
                <w:sz w:val="18"/>
              </w:rPr>
              <w:t>Android</w:t>
            </w:r>
          </w:p>
        </w:tc>
      </w:tr>
      <w:tr>
        <w:tc>
          <w:tcPr>
            <w:tcW w:type="dxa" w:w="1440"/>
            <w:vAlign w:val="center"/>
          </w:tcPr>
          <w:p>
            <w:r/>
            <w:r>
              <w:rPr>
                <w:rFonts w:ascii="Aptos" w:hAnsi="Aptos"/>
                <w:b w:val="0"/>
                <w:sz w:val="18"/>
              </w:rPr>
              <w:t>192.168.44.88</w:t>
            </w:r>
          </w:p>
        </w:tc>
        <w:tc>
          <w:tcPr>
            <w:tcW w:type="dxa" w:w="2304"/>
            <w:vAlign w:val="center"/>
          </w:tcPr>
          <w:p>
            <w:r/>
            <w:r>
              <w:rPr>
                <w:rFonts w:ascii="Aptos" w:hAnsi="Aptos"/>
                <w:b w:val="0"/>
                <w:sz w:val="18"/>
              </w:rPr>
              <w:t>CFSDT-04</w:t>
            </w:r>
          </w:p>
        </w:tc>
        <w:tc>
          <w:tcPr>
            <w:tcW w:type="dxa" w:w="1584"/>
            <w:vAlign w:val="center"/>
          </w:tcPr>
          <w:p>
            <w:r/>
            <w:r>
              <w:rPr>
                <w:rFonts w:ascii="Aptos" w:hAnsi="Aptos"/>
                <w:b w:val="0"/>
                <w:sz w:val="18"/>
              </w:rPr>
              <w:t>Computer</w:t>
            </w:r>
          </w:p>
        </w:tc>
        <w:tc>
          <w:tcPr>
            <w:tcW w:type="dxa" w:w="1440"/>
            <w:vAlign w:val="center"/>
          </w:tcPr>
          <w:p>
            <w:r/>
            <w:r>
              <w:rPr>
                <w:rFonts w:ascii="Aptos" w:hAnsi="Aptos"/>
                <w:b w:val="0"/>
                <w:sz w:val="18"/>
              </w:rPr>
              <w:t>ASRock</w:t>
            </w:r>
          </w:p>
        </w:tc>
        <w:tc>
          <w:tcPr>
            <w:tcW w:type="dxa" w:w="2016"/>
            <w:vAlign w:val="center"/>
          </w:tcPr>
          <w:p>
            <w:r/>
            <w:r>
              <w:rPr>
                <w:rFonts w:ascii="Aptos" w:hAnsi="Aptos"/>
                <w:b w:val="0"/>
                <w:sz w:val="18"/>
              </w:rPr>
            </w:r>
          </w:p>
        </w:tc>
        <w:tc>
          <w:tcPr>
            <w:tcW w:type="dxa" w:w="1296"/>
            <w:vAlign w:val="center"/>
          </w:tcPr>
          <w:p>
            <w:r/>
            <w:r>
              <w:rPr>
                <w:rFonts w:ascii="Aptos" w:hAnsi="Aptos"/>
                <w:b w:val="0"/>
                <w:sz w:val="18"/>
              </w:rPr>
              <w:t>Windows</w:t>
            </w:r>
          </w:p>
        </w:tc>
      </w:tr>
      <w:tr>
        <w:tc>
          <w:tcPr>
            <w:tcW w:type="dxa" w:w="1440"/>
            <w:vAlign w:val="center"/>
          </w:tcPr>
          <w:p>
            <w:r/>
            <w:r>
              <w:rPr>
                <w:rFonts w:ascii="Aptos" w:hAnsi="Aptos"/>
                <w:b w:val="0"/>
                <w:sz w:val="18"/>
              </w:rPr>
              <w:t>192.168.44.30</w:t>
            </w:r>
          </w:p>
        </w:tc>
        <w:tc>
          <w:tcPr>
            <w:tcW w:type="dxa" w:w="2304"/>
            <w:vAlign w:val="center"/>
          </w:tcPr>
          <w:p>
            <w:r/>
            <w:r>
              <w:rPr>
                <w:rFonts w:ascii="Aptos" w:hAnsi="Aptos"/>
                <w:b w:val="0"/>
                <w:sz w:val="18"/>
              </w:rPr>
              <w:t>VJUMP</w:t>
            </w:r>
          </w:p>
        </w:tc>
        <w:tc>
          <w:tcPr>
            <w:tcW w:type="dxa" w:w="1584"/>
            <w:vAlign w:val="center"/>
          </w:tcPr>
          <w:p>
            <w:r/>
            <w:r>
              <w:rPr>
                <w:rFonts w:ascii="Aptos" w:hAnsi="Aptos"/>
                <w:b w:val="0"/>
                <w:sz w:val="18"/>
              </w:rPr>
              <w:t>Virtual Machine</w:t>
            </w:r>
          </w:p>
        </w:tc>
        <w:tc>
          <w:tcPr>
            <w:tcW w:type="dxa" w:w="1440"/>
            <w:vAlign w:val="center"/>
          </w:tcPr>
          <w:p>
            <w:r/>
            <w:r>
              <w:rPr>
                <w:rFonts w:ascii="Aptos" w:hAnsi="Aptos"/>
                <w:b w:val="0"/>
                <w:sz w:val="18"/>
              </w:rPr>
              <w:t>VMware</w:t>
            </w:r>
          </w:p>
        </w:tc>
        <w:tc>
          <w:tcPr>
            <w:tcW w:type="dxa" w:w="2016"/>
            <w:vAlign w:val="center"/>
          </w:tcPr>
          <w:p>
            <w:r/>
            <w:r>
              <w:rPr>
                <w:rFonts w:ascii="Aptos" w:hAnsi="Aptos"/>
                <w:b w:val="0"/>
                <w:sz w:val="18"/>
              </w:rPr>
              <w:t>Virtual Machine</w:t>
            </w:r>
          </w:p>
        </w:tc>
        <w:tc>
          <w:tcPr>
            <w:tcW w:type="dxa" w:w="1296"/>
            <w:vAlign w:val="center"/>
          </w:tcPr>
          <w:p>
            <w:r/>
            <w:r>
              <w:rPr>
                <w:rFonts w:ascii="Aptos" w:hAnsi="Aptos"/>
                <w:b w:val="0"/>
                <w:sz w:val="18"/>
              </w:rPr>
            </w:r>
          </w:p>
        </w:tc>
      </w:tr>
      <w:tr>
        <w:tc>
          <w:tcPr>
            <w:tcW w:type="dxa" w:w="1440"/>
            <w:vAlign w:val="center"/>
          </w:tcPr>
          <w:p>
            <w:r/>
            <w:r>
              <w:rPr>
                <w:rFonts w:ascii="Aptos" w:hAnsi="Aptos"/>
                <w:b w:val="0"/>
                <w:sz w:val="18"/>
              </w:rPr>
              <w:t>192.168.44.62</w:t>
            </w:r>
          </w:p>
        </w:tc>
        <w:tc>
          <w:tcPr>
            <w:tcW w:type="dxa" w:w="2304"/>
            <w:vAlign w:val="center"/>
          </w:tcPr>
          <w:p>
            <w:r/>
            <w:r>
              <w:rPr>
                <w:rFonts w:ascii="Aptos" w:hAnsi="Aptos"/>
                <w:b w:val="0"/>
                <w:sz w:val="18"/>
              </w:rPr>
              <w:t>CFSPRN</w:t>
            </w:r>
          </w:p>
        </w:tc>
        <w:tc>
          <w:tcPr>
            <w:tcW w:type="dxa" w:w="1584"/>
            <w:vAlign w:val="center"/>
          </w:tcPr>
          <w:p>
            <w:r/>
            <w:r>
              <w:rPr>
                <w:rFonts w:ascii="Aptos" w:hAnsi="Aptos"/>
                <w:b w:val="0"/>
                <w:sz w:val="18"/>
              </w:rPr>
              <w:t>Virtual Machine</w:t>
            </w:r>
          </w:p>
        </w:tc>
        <w:tc>
          <w:tcPr>
            <w:tcW w:type="dxa" w:w="1440"/>
            <w:vAlign w:val="center"/>
          </w:tcPr>
          <w:p>
            <w:r/>
            <w:r>
              <w:rPr>
                <w:rFonts w:ascii="Aptos" w:hAnsi="Aptos"/>
                <w:b w:val="0"/>
                <w:sz w:val="18"/>
              </w:rPr>
              <w:t>VMware</w:t>
            </w:r>
          </w:p>
        </w:tc>
        <w:tc>
          <w:tcPr>
            <w:tcW w:type="dxa" w:w="2016"/>
            <w:vAlign w:val="center"/>
          </w:tcPr>
          <w:p>
            <w:r/>
            <w:r>
              <w:rPr>
                <w:rFonts w:ascii="Aptos" w:hAnsi="Aptos"/>
                <w:b w:val="0"/>
                <w:sz w:val="18"/>
              </w:rPr>
              <w:t>Virtual Machine</w:t>
            </w:r>
          </w:p>
        </w:tc>
        <w:tc>
          <w:tcPr>
            <w:tcW w:type="dxa" w:w="1296"/>
            <w:vAlign w:val="center"/>
          </w:tcPr>
          <w:p>
            <w:r/>
            <w:r>
              <w:rPr>
                <w:rFonts w:ascii="Aptos" w:hAnsi="Aptos"/>
                <w:b w:val="0"/>
                <w:sz w:val="18"/>
              </w:rPr>
            </w:r>
          </w:p>
        </w:tc>
      </w:tr>
      <w:tr>
        <w:tc>
          <w:tcPr>
            <w:tcW w:type="dxa" w:w="1440"/>
            <w:vAlign w:val="center"/>
          </w:tcPr>
          <w:p>
            <w:r/>
            <w:r>
              <w:rPr>
                <w:rFonts w:ascii="Aptos" w:hAnsi="Aptos"/>
                <w:b w:val="0"/>
                <w:sz w:val="18"/>
              </w:rPr>
              <w:t>192.168.44.60</w:t>
            </w:r>
          </w:p>
        </w:tc>
        <w:tc>
          <w:tcPr>
            <w:tcW w:type="dxa" w:w="2304"/>
            <w:vAlign w:val="center"/>
          </w:tcPr>
          <w:p>
            <w:r/>
            <w:r>
              <w:rPr>
                <w:rFonts w:ascii="Aptos" w:hAnsi="Aptos"/>
                <w:b w:val="0"/>
                <w:sz w:val="18"/>
              </w:rPr>
              <w:t>CFSDC2</w:t>
            </w:r>
          </w:p>
        </w:tc>
        <w:tc>
          <w:tcPr>
            <w:tcW w:type="dxa" w:w="1584"/>
            <w:vAlign w:val="center"/>
          </w:tcPr>
          <w:p>
            <w:r/>
            <w:r>
              <w:rPr>
                <w:rFonts w:ascii="Aptos" w:hAnsi="Aptos"/>
                <w:b w:val="0"/>
                <w:sz w:val="18"/>
              </w:rPr>
              <w:t>Virtual Machine</w:t>
            </w:r>
          </w:p>
        </w:tc>
        <w:tc>
          <w:tcPr>
            <w:tcW w:type="dxa" w:w="1440"/>
            <w:vAlign w:val="center"/>
          </w:tcPr>
          <w:p>
            <w:r/>
            <w:r>
              <w:rPr>
                <w:rFonts w:ascii="Aptos" w:hAnsi="Aptos"/>
                <w:b w:val="0"/>
                <w:sz w:val="18"/>
              </w:rPr>
              <w:t>VMware</w:t>
            </w:r>
          </w:p>
        </w:tc>
        <w:tc>
          <w:tcPr>
            <w:tcW w:type="dxa" w:w="2016"/>
            <w:vAlign w:val="center"/>
          </w:tcPr>
          <w:p>
            <w:r/>
            <w:r>
              <w:rPr>
                <w:rFonts w:ascii="Aptos" w:hAnsi="Aptos"/>
                <w:b w:val="0"/>
                <w:sz w:val="18"/>
              </w:rPr>
              <w:t>Virtual Machine</w:t>
            </w:r>
          </w:p>
        </w:tc>
        <w:tc>
          <w:tcPr>
            <w:tcW w:type="dxa" w:w="1296"/>
            <w:vAlign w:val="center"/>
          </w:tcPr>
          <w:p>
            <w:r/>
            <w:r>
              <w:rPr>
                <w:rFonts w:ascii="Aptos" w:hAnsi="Aptos"/>
                <w:b w:val="0"/>
                <w:sz w:val="18"/>
              </w:rPr>
            </w:r>
          </w:p>
        </w:tc>
      </w:tr>
      <w:tr>
        <w:tc>
          <w:tcPr>
            <w:tcW w:type="dxa" w:w="1440"/>
            <w:vAlign w:val="center"/>
          </w:tcPr>
          <w:p>
            <w:r/>
            <w:r>
              <w:rPr>
                <w:rFonts w:ascii="Aptos" w:hAnsi="Aptos"/>
                <w:b w:val="0"/>
                <w:sz w:val="18"/>
              </w:rPr>
              <w:t>192.168.44.77</w:t>
            </w:r>
          </w:p>
        </w:tc>
        <w:tc>
          <w:tcPr>
            <w:tcW w:type="dxa" w:w="2304"/>
            <w:vAlign w:val="center"/>
          </w:tcPr>
          <w:p>
            <w:r/>
            <w:r>
              <w:rPr>
                <w:rFonts w:ascii="Aptos" w:hAnsi="Aptos"/>
                <w:b w:val="0"/>
                <w:sz w:val="18"/>
              </w:rPr>
              <w:t>CFSDT-02</w:t>
            </w:r>
          </w:p>
        </w:tc>
        <w:tc>
          <w:tcPr>
            <w:tcW w:type="dxa" w:w="1584"/>
            <w:vAlign w:val="center"/>
          </w:tcPr>
          <w:p>
            <w:r/>
            <w:r>
              <w:rPr>
                <w:rFonts w:ascii="Aptos" w:hAnsi="Aptos"/>
                <w:b w:val="0"/>
                <w:sz w:val="18"/>
              </w:rPr>
              <w:t>Computer</w:t>
            </w:r>
          </w:p>
        </w:tc>
        <w:tc>
          <w:tcPr>
            <w:tcW w:type="dxa" w:w="1440"/>
            <w:vAlign w:val="center"/>
          </w:tcPr>
          <w:p>
            <w:r/>
            <w:r>
              <w:rPr>
                <w:rFonts w:ascii="Aptos" w:hAnsi="Aptos"/>
                <w:b w:val="0"/>
                <w:sz w:val="18"/>
              </w:rPr>
              <w:t>Dell</w:t>
            </w:r>
          </w:p>
        </w:tc>
        <w:tc>
          <w:tcPr>
            <w:tcW w:type="dxa" w:w="2016"/>
            <w:vAlign w:val="center"/>
          </w:tcPr>
          <w:p>
            <w:r/>
            <w:r>
              <w:rPr>
                <w:rFonts w:ascii="Aptos" w:hAnsi="Aptos"/>
                <w:b w:val="0"/>
                <w:sz w:val="18"/>
              </w:rPr>
            </w:r>
          </w:p>
        </w:tc>
        <w:tc>
          <w:tcPr>
            <w:tcW w:type="dxa" w:w="1296"/>
            <w:vAlign w:val="center"/>
          </w:tcPr>
          <w:p>
            <w:r/>
            <w:r>
              <w:rPr>
                <w:rFonts w:ascii="Aptos" w:hAnsi="Aptos"/>
                <w:b w:val="0"/>
                <w:sz w:val="18"/>
              </w:rPr>
              <w:t>Windows</w:t>
            </w:r>
          </w:p>
        </w:tc>
      </w:tr>
      <w:tr>
        <w:tc>
          <w:tcPr>
            <w:tcW w:type="dxa" w:w="1440"/>
            <w:vAlign w:val="center"/>
          </w:tcPr>
          <w:p>
            <w:r/>
            <w:r>
              <w:rPr>
                <w:rFonts w:ascii="Aptos" w:hAnsi="Aptos"/>
                <w:b w:val="0"/>
                <w:sz w:val="18"/>
              </w:rPr>
              <w:t>192.168.44.19</w:t>
            </w:r>
          </w:p>
        </w:tc>
        <w:tc>
          <w:tcPr>
            <w:tcW w:type="dxa" w:w="2304"/>
            <w:vAlign w:val="center"/>
          </w:tcPr>
          <w:p>
            <w:r/>
            <w:r>
              <w:rPr>
                <w:rFonts w:ascii="Aptos" w:hAnsi="Aptos"/>
                <w:b w:val="0"/>
                <w:sz w:val="18"/>
              </w:rPr>
              <w:t>Christian Family Service MTik</w:t>
            </w:r>
          </w:p>
        </w:tc>
        <w:tc>
          <w:tcPr>
            <w:tcW w:type="dxa" w:w="1584"/>
            <w:vAlign w:val="center"/>
          </w:tcPr>
          <w:p>
            <w:r/>
            <w:r>
              <w:rPr>
                <w:rFonts w:ascii="Aptos" w:hAnsi="Aptos"/>
                <w:b w:val="0"/>
                <w:sz w:val="18"/>
              </w:rPr>
              <w:t>Router</w:t>
            </w:r>
          </w:p>
        </w:tc>
        <w:tc>
          <w:tcPr>
            <w:tcW w:type="dxa" w:w="1440"/>
            <w:vAlign w:val="center"/>
          </w:tcPr>
          <w:p>
            <w:r/>
            <w:r>
              <w:rPr>
                <w:rFonts w:ascii="Aptos" w:hAnsi="Aptos"/>
                <w:b w:val="0"/>
                <w:sz w:val="18"/>
              </w:rPr>
              <w:t>MikroTik</w:t>
            </w:r>
          </w:p>
        </w:tc>
        <w:tc>
          <w:tcPr>
            <w:tcW w:type="dxa" w:w="2016"/>
            <w:vAlign w:val="center"/>
          </w:tcPr>
          <w:p>
            <w:r/>
            <w:r>
              <w:rPr>
                <w:rFonts w:ascii="Aptos" w:hAnsi="Aptos"/>
                <w:b w:val="0"/>
                <w:sz w:val="18"/>
              </w:rPr>
              <w:t>RB3011UiAS-RM</w:t>
            </w:r>
          </w:p>
        </w:tc>
        <w:tc>
          <w:tcPr>
            <w:tcW w:type="dxa" w:w="1296"/>
            <w:vAlign w:val="center"/>
          </w:tcPr>
          <w:p>
            <w:r/>
            <w:r>
              <w:rPr>
                <w:rFonts w:ascii="Aptos" w:hAnsi="Aptos"/>
                <w:b w:val="0"/>
                <w:sz w:val="18"/>
              </w:rPr>
            </w:r>
          </w:p>
        </w:tc>
      </w:tr>
      <w:tr>
        <w:tc>
          <w:tcPr>
            <w:tcW w:type="dxa" w:w="1440"/>
            <w:vAlign w:val="center"/>
          </w:tcPr>
          <w:p>
            <w:r/>
            <w:r>
              <w:rPr>
                <w:rFonts w:ascii="Aptos" w:hAnsi="Aptos"/>
                <w:b w:val="0"/>
                <w:sz w:val="18"/>
              </w:rPr>
              <w:t>192.168.44.70</w:t>
            </w:r>
          </w:p>
        </w:tc>
        <w:tc>
          <w:tcPr>
            <w:tcW w:type="dxa" w:w="2304"/>
            <w:vAlign w:val="center"/>
          </w:tcPr>
          <w:p>
            <w:r/>
            <w:r>
              <w:rPr>
                <w:rFonts w:ascii="Aptos" w:hAnsi="Aptos"/>
                <w:b w:val="0"/>
                <w:sz w:val="18"/>
              </w:rPr>
            </w:r>
          </w:p>
        </w:tc>
        <w:tc>
          <w:tcPr>
            <w:tcW w:type="dxa" w:w="1584"/>
            <w:vAlign w:val="center"/>
          </w:tcPr>
          <w:p>
            <w:r/>
            <w:r>
              <w:rPr>
                <w:rFonts w:ascii="Aptos" w:hAnsi="Aptos"/>
                <w:b w:val="0"/>
                <w:sz w:val="18"/>
              </w:rPr>
              <w:t>Laptop</w:t>
            </w:r>
          </w:p>
        </w:tc>
        <w:tc>
          <w:tcPr>
            <w:tcW w:type="dxa" w:w="1440"/>
            <w:vAlign w:val="center"/>
          </w:tcPr>
          <w:p>
            <w:r/>
            <w:r>
              <w:rPr>
                <w:rFonts w:ascii="Aptos" w:hAnsi="Aptos"/>
                <w:b w:val="0"/>
                <w:sz w:val="18"/>
              </w:rPr>
              <w:t>Apple</w:t>
            </w:r>
          </w:p>
        </w:tc>
        <w:tc>
          <w:tcPr>
            <w:tcW w:type="dxa" w:w="2016"/>
            <w:vAlign w:val="center"/>
          </w:tcPr>
          <w:p>
            <w:r/>
            <w:r>
              <w:rPr>
                <w:rFonts w:ascii="Aptos" w:hAnsi="Aptos"/>
                <w:b w:val="0"/>
                <w:sz w:val="18"/>
              </w:rPr>
            </w:r>
          </w:p>
        </w:tc>
        <w:tc>
          <w:tcPr>
            <w:tcW w:type="dxa" w:w="1296"/>
            <w:vAlign w:val="center"/>
          </w:tcPr>
          <w:p>
            <w:r/>
            <w:r>
              <w:rPr>
                <w:rFonts w:ascii="Aptos" w:hAnsi="Aptos"/>
                <w:b w:val="0"/>
                <w:sz w:val="18"/>
              </w:rPr>
              <w:t>macOS</w:t>
            </w:r>
          </w:p>
        </w:tc>
      </w:tr>
      <w:tr>
        <w:tc>
          <w:tcPr>
            <w:tcW w:type="dxa" w:w="1440"/>
            <w:vAlign w:val="center"/>
          </w:tcPr>
          <w:p>
            <w:r/>
            <w:r>
              <w:rPr>
                <w:rFonts w:ascii="Aptos" w:hAnsi="Aptos"/>
                <w:b w:val="0"/>
                <w:sz w:val="18"/>
              </w:rPr>
              <w:t>192.168.44.61</w:t>
            </w:r>
          </w:p>
        </w:tc>
        <w:tc>
          <w:tcPr>
            <w:tcW w:type="dxa" w:w="2304"/>
            <w:vAlign w:val="center"/>
          </w:tcPr>
          <w:p>
            <w:r/>
            <w:r>
              <w:rPr>
                <w:rFonts w:ascii="Aptos" w:hAnsi="Aptos"/>
                <w:b w:val="0"/>
                <w:sz w:val="18"/>
              </w:rPr>
              <w:t>CFSFS</w:t>
            </w:r>
          </w:p>
        </w:tc>
        <w:tc>
          <w:tcPr>
            <w:tcW w:type="dxa" w:w="1584"/>
            <w:vAlign w:val="center"/>
          </w:tcPr>
          <w:p>
            <w:r/>
            <w:r>
              <w:rPr>
                <w:rFonts w:ascii="Aptos" w:hAnsi="Aptos"/>
                <w:b w:val="0"/>
                <w:sz w:val="18"/>
              </w:rPr>
              <w:t>Virtual Machine</w:t>
            </w:r>
          </w:p>
        </w:tc>
        <w:tc>
          <w:tcPr>
            <w:tcW w:type="dxa" w:w="1440"/>
            <w:vAlign w:val="center"/>
          </w:tcPr>
          <w:p>
            <w:r/>
            <w:r>
              <w:rPr>
                <w:rFonts w:ascii="Aptos" w:hAnsi="Aptos"/>
                <w:b w:val="0"/>
                <w:sz w:val="18"/>
              </w:rPr>
              <w:t>VMware</w:t>
            </w:r>
          </w:p>
        </w:tc>
        <w:tc>
          <w:tcPr>
            <w:tcW w:type="dxa" w:w="2016"/>
            <w:vAlign w:val="center"/>
          </w:tcPr>
          <w:p>
            <w:r/>
            <w:r>
              <w:rPr>
                <w:rFonts w:ascii="Aptos" w:hAnsi="Aptos"/>
                <w:b w:val="0"/>
                <w:sz w:val="18"/>
              </w:rPr>
              <w:t>Virtual Machine</w:t>
            </w:r>
          </w:p>
        </w:tc>
        <w:tc>
          <w:tcPr>
            <w:tcW w:type="dxa" w:w="1296"/>
            <w:vAlign w:val="center"/>
          </w:tcPr>
          <w:p>
            <w:r/>
            <w:r>
              <w:rPr>
                <w:rFonts w:ascii="Aptos" w:hAnsi="Aptos"/>
                <w:b w:val="0"/>
                <w:sz w:val="18"/>
              </w:rPr>
            </w:r>
          </w:p>
        </w:tc>
      </w:tr>
      <w:tr>
        <w:tc>
          <w:tcPr>
            <w:tcW w:type="dxa" w:w="1440"/>
            <w:vAlign w:val="center"/>
          </w:tcPr>
          <w:p>
            <w:r/>
            <w:r>
              <w:rPr>
                <w:rFonts w:ascii="Aptos" w:hAnsi="Aptos"/>
                <w:b w:val="0"/>
                <w:sz w:val="18"/>
              </w:rPr>
              <w:t>192.168.44.86</w:t>
            </w:r>
          </w:p>
        </w:tc>
        <w:tc>
          <w:tcPr>
            <w:tcW w:type="dxa" w:w="2304"/>
            <w:vAlign w:val="center"/>
          </w:tcPr>
          <w:p>
            <w:r/>
            <w:r>
              <w:rPr>
                <w:rFonts w:ascii="Aptos" w:hAnsi="Aptos"/>
                <w:b w:val="0"/>
                <w:sz w:val="18"/>
              </w:rPr>
              <w:t>CFSLT-08</w:t>
            </w:r>
          </w:p>
        </w:tc>
        <w:tc>
          <w:tcPr>
            <w:tcW w:type="dxa" w:w="1584"/>
            <w:vAlign w:val="center"/>
          </w:tcPr>
          <w:p>
            <w:r/>
            <w:r>
              <w:rPr>
                <w:rFonts w:ascii="Aptos" w:hAnsi="Aptos"/>
                <w:b w:val="0"/>
                <w:sz w:val="18"/>
              </w:rPr>
              <w:t>Computer</w:t>
            </w:r>
          </w:p>
        </w:tc>
        <w:tc>
          <w:tcPr>
            <w:tcW w:type="dxa" w:w="1440"/>
            <w:vAlign w:val="center"/>
          </w:tcPr>
          <w:p>
            <w:r/>
            <w:r>
              <w:rPr>
                <w:rFonts w:ascii="Aptos" w:hAnsi="Aptos"/>
                <w:b w:val="0"/>
                <w:sz w:val="18"/>
              </w:rPr>
            </w:r>
          </w:p>
        </w:tc>
        <w:tc>
          <w:tcPr>
            <w:tcW w:type="dxa" w:w="2016"/>
            <w:vAlign w:val="center"/>
          </w:tcPr>
          <w:p>
            <w:r/>
            <w:r>
              <w:rPr>
                <w:rFonts w:ascii="Aptos" w:hAnsi="Aptos"/>
                <w:b w:val="0"/>
                <w:sz w:val="18"/>
              </w:rPr>
            </w:r>
          </w:p>
        </w:tc>
        <w:tc>
          <w:tcPr>
            <w:tcW w:type="dxa" w:w="1296"/>
            <w:vAlign w:val="center"/>
          </w:tcPr>
          <w:p>
            <w:r/>
            <w:r>
              <w:rPr>
                <w:rFonts w:ascii="Aptos" w:hAnsi="Aptos"/>
                <w:b w:val="0"/>
                <w:sz w:val="18"/>
              </w:rPr>
              <w:t>Windows</w:t>
            </w:r>
          </w:p>
        </w:tc>
      </w:tr>
      <w:tr>
        <w:tc>
          <w:tcPr>
            <w:tcW w:type="dxa" w:w="1440"/>
            <w:vAlign w:val="center"/>
          </w:tcPr>
          <w:p>
            <w:r/>
            <w:r>
              <w:rPr>
                <w:rFonts w:ascii="Aptos" w:hAnsi="Aptos"/>
                <w:b w:val="0"/>
                <w:sz w:val="18"/>
              </w:rPr>
              <w:t>192.168.44.150</w:t>
            </w:r>
          </w:p>
        </w:tc>
        <w:tc>
          <w:tcPr>
            <w:tcW w:type="dxa" w:w="2304"/>
            <w:vAlign w:val="center"/>
          </w:tcPr>
          <w:p>
            <w:r/>
            <w:r>
              <w:rPr>
                <w:rFonts w:ascii="Aptos" w:hAnsi="Aptos"/>
                <w:b w:val="0"/>
                <w:sz w:val="18"/>
              </w:rPr>
              <w:t>KM486A09</w:t>
            </w:r>
          </w:p>
        </w:tc>
        <w:tc>
          <w:tcPr>
            <w:tcW w:type="dxa" w:w="1584"/>
            <w:vAlign w:val="center"/>
          </w:tcPr>
          <w:p>
            <w:r/>
            <w:r>
              <w:rPr>
                <w:rFonts w:ascii="Aptos" w:hAnsi="Aptos"/>
                <w:b w:val="0"/>
                <w:sz w:val="18"/>
              </w:rPr>
              <w:t>Printer</w:t>
            </w:r>
          </w:p>
        </w:tc>
        <w:tc>
          <w:tcPr>
            <w:tcW w:type="dxa" w:w="1440"/>
            <w:vAlign w:val="center"/>
          </w:tcPr>
          <w:p>
            <w:r/>
            <w:r>
              <w:rPr>
                <w:rFonts w:ascii="Aptos" w:hAnsi="Aptos"/>
                <w:b w:val="0"/>
                <w:sz w:val="18"/>
              </w:rPr>
              <w:t>Konica Minolta</w:t>
            </w:r>
          </w:p>
        </w:tc>
        <w:tc>
          <w:tcPr>
            <w:tcW w:type="dxa" w:w="2016"/>
            <w:vAlign w:val="center"/>
          </w:tcPr>
          <w:p>
            <w:r/>
            <w:r>
              <w:rPr>
                <w:rFonts w:ascii="Aptos" w:hAnsi="Aptos"/>
                <w:b w:val="0"/>
                <w:sz w:val="18"/>
              </w:rPr>
              <w:t>bizhub C361i</w:t>
            </w:r>
          </w:p>
        </w:tc>
        <w:tc>
          <w:tcPr>
            <w:tcW w:type="dxa" w:w="1296"/>
            <w:vAlign w:val="center"/>
          </w:tcPr>
          <w:p>
            <w:r/>
            <w:r>
              <w:rPr>
                <w:rFonts w:ascii="Aptos" w:hAnsi="Aptos"/>
                <w:b w:val="0"/>
                <w:sz w:val="18"/>
              </w:rPr>
            </w:r>
          </w:p>
        </w:tc>
      </w:tr>
      <w:tr>
        <w:tc>
          <w:tcPr>
            <w:tcW w:type="dxa" w:w="1440"/>
            <w:vAlign w:val="center"/>
          </w:tcPr>
          <w:p>
            <w:r/>
            <w:r>
              <w:rPr>
                <w:rFonts w:ascii="Aptos" w:hAnsi="Aptos"/>
                <w:b w:val="0"/>
                <w:sz w:val="18"/>
              </w:rPr>
              <w:t>192.168.44.13</w:t>
            </w:r>
          </w:p>
        </w:tc>
        <w:tc>
          <w:tcPr>
            <w:tcW w:type="dxa" w:w="2304"/>
            <w:vAlign w:val="center"/>
          </w:tcPr>
          <w:p>
            <w:r/>
            <w:r>
              <w:rPr>
                <w:rFonts w:ascii="Aptos" w:hAnsi="Aptos"/>
                <w:b w:val="0"/>
                <w:sz w:val="18"/>
              </w:rPr>
            </w:r>
          </w:p>
        </w:tc>
        <w:tc>
          <w:tcPr>
            <w:tcW w:type="dxa" w:w="1584"/>
            <w:vAlign w:val="center"/>
          </w:tcPr>
          <w:p>
            <w:r/>
            <w:r>
              <w:rPr>
                <w:rFonts w:ascii="Aptos" w:hAnsi="Aptos"/>
                <w:b w:val="0"/>
                <w:sz w:val="18"/>
              </w:rPr>
              <w:t>Switch</w:t>
            </w:r>
          </w:p>
        </w:tc>
        <w:tc>
          <w:tcPr>
            <w:tcW w:type="dxa" w:w="1440"/>
            <w:vAlign w:val="center"/>
          </w:tcPr>
          <w:p>
            <w:r/>
            <w:r>
              <w:rPr>
                <w:rFonts w:ascii="Aptos" w:hAnsi="Aptos"/>
                <w:b w:val="0"/>
                <w:sz w:val="18"/>
              </w:rPr>
              <w:t>Netgear</w:t>
            </w:r>
          </w:p>
        </w:tc>
        <w:tc>
          <w:tcPr>
            <w:tcW w:type="dxa" w:w="2016"/>
            <w:vAlign w:val="center"/>
          </w:tcPr>
          <w:p>
            <w:r/>
            <w:r>
              <w:rPr>
                <w:rFonts w:ascii="Aptos" w:hAnsi="Aptos"/>
                <w:b w:val="0"/>
                <w:sz w:val="18"/>
              </w:rPr>
              <w:t>ProSAFE 24 Port 10/100 PoE Smart Switch</w:t>
            </w:r>
          </w:p>
        </w:tc>
        <w:tc>
          <w:tcPr>
            <w:tcW w:type="dxa" w:w="1296"/>
            <w:vAlign w:val="center"/>
          </w:tcPr>
          <w:p>
            <w:r/>
            <w:r>
              <w:rPr>
                <w:rFonts w:ascii="Aptos" w:hAnsi="Aptos"/>
                <w:b w:val="0"/>
                <w:sz w:val="18"/>
              </w:rPr>
            </w:r>
          </w:p>
        </w:tc>
      </w:tr>
      <w:tr>
        <w:tc>
          <w:tcPr>
            <w:tcW w:type="dxa" w:w="1440"/>
            <w:vAlign w:val="center"/>
          </w:tcPr>
          <w:p>
            <w:r/>
            <w:r>
              <w:rPr>
                <w:rFonts w:ascii="Aptos" w:hAnsi="Aptos"/>
                <w:b w:val="0"/>
                <w:sz w:val="18"/>
              </w:rPr>
              <w:t>192.168.44.11</w:t>
            </w:r>
          </w:p>
        </w:tc>
        <w:tc>
          <w:tcPr>
            <w:tcW w:type="dxa" w:w="2304"/>
            <w:vAlign w:val="center"/>
          </w:tcPr>
          <w:p>
            <w:r/>
            <w:r>
              <w:rPr>
                <w:rFonts w:ascii="Aptos" w:hAnsi="Aptos"/>
                <w:b w:val="0"/>
                <w:sz w:val="18"/>
              </w:rPr>
              <w:t>iPhone</w:t>
            </w:r>
          </w:p>
        </w:tc>
        <w:tc>
          <w:tcPr>
            <w:tcW w:type="dxa" w:w="1584"/>
            <w:vAlign w:val="center"/>
          </w:tcPr>
          <w:p>
            <w:r/>
            <w:r>
              <w:rPr>
                <w:rFonts w:ascii="Aptos" w:hAnsi="Aptos"/>
                <w:b w:val="0"/>
                <w:sz w:val="18"/>
              </w:rPr>
              <w:t>Mobile</w:t>
            </w:r>
          </w:p>
        </w:tc>
        <w:tc>
          <w:tcPr>
            <w:tcW w:type="dxa" w:w="1440"/>
            <w:vAlign w:val="center"/>
          </w:tcPr>
          <w:p>
            <w:r/>
            <w:r>
              <w:rPr>
                <w:rFonts w:ascii="Aptos" w:hAnsi="Aptos"/>
                <w:b w:val="0"/>
                <w:sz w:val="18"/>
              </w:rPr>
              <w:t>Apple</w:t>
            </w:r>
          </w:p>
        </w:tc>
        <w:tc>
          <w:tcPr>
            <w:tcW w:type="dxa" w:w="2016"/>
            <w:vAlign w:val="center"/>
          </w:tcPr>
          <w:p>
            <w:r/>
            <w:r>
              <w:rPr>
                <w:rFonts w:ascii="Aptos" w:hAnsi="Aptos"/>
                <w:b w:val="0"/>
                <w:sz w:val="18"/>
              </w:rPr>
              <w:t>iPhone 13</w:t>
            </w:r>
          </w:p>
        </w:tc>
        <w:tc>
          <w:tcPr>
            <w:tcW w:type="dxa" w:w="1296"/>
            <w:vAlign w:val="center"/>
          </w:tcPr>
          <w:p>
            <w:r/>
            <w:r>
              <w:rPr>
                <w:rFonts w:ascii="Aptos" w:hAnsi="Aptos"/>
                <w:b w:val="0"/>
                <w:sz w:val="18"/>
              </w:rPr>
              <w:t>iOS</w:t>
            </w:r>
          </w:p>
        </w:tc>
      </w:tr>
    </w:tbl>
    <w:p>
      <w:pPr>
        <w:pStyle w:val="Heading1"/>
      </w:pPr>
      <w:r>
        <w:t>Key risks and issues</w:t>
      </w:r>
    </w:p>
    <w:p>
      <w:pPr>
        <w:pStyle w:val="ListBullet"/>
      </w:pPr>
      <w:r>
        <w:t>Possible degraded RAID or drive failure on the Dell PowerEdge R720 (Drive 0 amber, server beeping).</w:t>
      </w:r>
    </w:p>
    <w:p>
      <w:pPr>
        <w:pStyle w:val="ListBullet"/>
      </w:pPr>
      <w:r>
        <w:t>Aging server platform likely hosting multiple critical VMs.</w:t>
      </w:r>
    </w:p>
    <w:p>
      <w:pPr>
        <w:pStyle w:val="ListBullet"/>
      </w:pPr>
      <w:r>
        <w:t>Unclear ownership of the actual default gateway at 192.168.44.1.</w:t>
      </w:r>
    </w:p>
    <w:p>
      <w:pPr>
        <w:pStyle w:val="ListBullet"/>
      </w:pPr>
      <w:r>
        <w:t>Potential overlap or unnecessary complexity across Spectrum gateway, Cisco ASA, and MikroTik router.</w:t>
      </w:r>
    </w:p>
    <w:p>
      <w:pPr>
        <w:pStyle w:val="ListBullet"/>
      </w:pPr>
      <w:r>
        <w:t>Netgear FS728TP switch is an older managed Fast Ethernet platform and may constrain performance.</w:t>
      </w:r>
    </w:p>
    <w:p>
      <w:pPr>
        <w:pStyle w:val="ListBullet"/>
      </w:pPr>
      <w:r>
        <w:t>Unknown current switch configuration (VLANs, PoE dependencies, management settings, uplink use).</w:t>
      </w:r>
    </w:p>
    <w:p>
      <w:pPr>
        <w:pStyle w:val="ListBullet"/>
      </w:pPr>
      <w:r>
        <w:t>Unknown current backup posture for VMware host and guest VMs.</w:t>
      </w:r>
    </w:p>
    <w:p>
      <w:pPr>
        <w:pStyle w:val="Heading1"/>
      </w:pPr>
      <w:r>
        <w:t>Simplification opportunities</w:t>
      </w:r>
    </w:p>
    <w:p>
      <w:pPr>
        <w:pStyle w:val="ListBullet"/>
      </w:pPr>
      <w:r>
        <w:t>Move toward a simpler edge design: ISP modem → single modern firewall/router → single modern managed gigabit/PoE switch.</w:t>
      </w:r>
    </w:p>
    <w:p>
      <w:pPr>
        <w:pStyle w:val="ListBullet"/>
      </w:pPr>
      <w:r>
        <w:t>Replace the Netgear FS728TP with a modern managed gigabit PoE switch after the current configuration is reviewed and documented.</w:t>
      </w:r>
    </w:p>
    <w:p>
      <w:pPr>
        <w:pStyle w:val="ListBullet"/>
      </w:pPr>
      <w:r>
        <w:t>Retire the Cisco ASA 5506-X if it is no longer providing a unique security or VPN function.</w:t>
      </w:r>
    </w:p>
    <w:p>
      <w:pPr>
        <w:pStyle w:val="ListBullet"/>
      </w:pPr>
      <w:r>
        <w:t>Retire or replace the MikroTik RB3011 only after confirming whether it handles routing, DHCP, VLANs, or inter-VLAN traffic that must be preserved.</w:t>
      </w:r>
    </w:p>
    <w:p>
      <w:pPr>
        <w:pStyle w:val="ListBullet"/>
      </w:pPr>
      <w:r>
        <w:t>Plan medium-term migration away from the Dell PowerEdge R720 to newer host hardware or a cloud / managed alternative, depending on business requirements.</w:t>
      </w:r>
    </w:p>
    <w:p>
      <w:pPr>
        <w:pStyle w:val="Heading1"/>
      </w:pPr>
      <w:r>
        <w:t>Recommended next steps</w:t>
      </w:r>
    </w:p>
    <w:p>
      <w:r>
        <w:t>1. Immediately check the Dell PERC/RAID status, iDRAC logs, and backup status before any drive is removed or replaced.</w:t>
      </w:r>
    </w:p>
    <w:p>
      <w:r>
        <w:t>2. Identify which device actually owns 192.168.44.1 (the true default gateway).</w:t>
      </w:r>
    </w:p>
    <w:p>
      <w:r>
        <w:t>3. Export or inspect the Netgear FS728TP configuration to determine whether VLANs, PoE, management ACLs, or other features are in use.</w:t>
      </w:r>
    </w:p>
    <w:p>
      <w:r>
        <w:t>4. Document the exact role of the Cisco ASA 5506-X and the MikroTik RB3011.</w:t>
      </w:r>
    </w:p>
    <w:p>
      <w:r>
        <w:t>5. Confirm the VMware host, the purpose of each VM, and recovery / restore capability.</w:t>
      </w:r>
    </w:p>
    <w:p>
      <w:r>
        <w:t>6. Label patch-panel ports, switch uplinks, and critical cable runs to improve supportability.</w:t>
      </w:r>
    </w:p>
    <w:p>
      <w:r>
        <w:t>7. After the above is complete, design a simplified future-state network and migration plan.</w:t>
      </w:r>
    </w:p>
    <w:p>
      <w:pPr>
        <w:pStyle w:val="Heading1"/>
      </w:pPr>
      <w:r>
        <w:t>Assumptions and caveats</w:t>
      </w:r>
    </w:p>
    <w:p>
      <w:pPr>
        <w:pStyle w:val="ListBullet"/>
      </w:pPr>
      <w:r>
        <w:t>This document reflects observed evidence from the site visit and device discovery on 13 March 2026; some roles remain inferred rather than confirmed.</w:t>
      </w:r>
    </w:p>
    <w:p>
      <w:pPr>
        <w:pStyle w:val="ListBullet"/>
      </w:pPr>
      <w:r>
        <w:t>Exact purchase dates, support contracts, and software versions were not fully available.</w:t>
      </w:r>
    </w:p>
    <w:p>
      <w:pPr>
        <w:pStyle w:val="ListBullet"/>
      </w:pPr>
      <w:r>
        <w:t>Device purpose for several VMware guests is inferred primarily from hostnames and should be validated with administrative access.</w:t>
      </w:r>
    </w:p>
    <w:p>
      <w:pPr>
        <w:pStyle w:val="ListBullet"/>
      </w:pPr>
      <w:r>
        <w:t>The wiring diagram is an inferred current-state map, not a certified as-built drawing.</w:t>
      </w:r>
    </w:p>
    <w:sectPr w:rsidR="00FC693F" w:rsidRPr="0006063C" w:rsidSect="00034616">
      <w:footerReference w:type="default" r:id="rId10"/>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Christian Family Services – Current-State IT Architecture Review</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B365D"/>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1B365D"/>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B365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B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F5F5F"/>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